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DDCFF" w14:textId="77777777" w:rsidR="00394B86" w:rsidRDefault="00000000">
      <w:pPr>
        <w:spacing w:after="40" w:line="240" w:lineRule="auto"/>
        <w:jc w:val="center"/>
      </w:pPr>
      <w:r>
        <w:rPr>
          <w:noProof/>
        </w:rPr>
        <w:drawing>
          <wp:inline distT="0" distB="0" distL="0" distR="0" wp14:anchorId="58E73766" wp14:editId="39451B7F">
            <wp:extent cx="2664000" cy="15264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664000" cy="1526452"/>
                    </a:xfrm>
                    <a:prstGeom prst="rect">
                      <a:avLst/>
                    </a:prstGeom>
                  </pic:spPr>
                </pic:pic>
              </a:graphicData>
            </a:graphic>
          </wp:inline>
        </w:drawing>
      </w:r>
    </w:p>
    <w:p w14:paraId="70C422D6" w14:textId="77777777" w:rsidR="00394B86" w:rsidRDefault="00000000">
      <w:pPr>
        <w:spacing w:before="700" w:after="60" w:line="240" w:lineRule="auto"/>
        <w:jc w:val="center"/>
      </w:pPr>
      <w:r>
        <w:rPr>
          <w:b/>
          <w:sz w:val="44"/>
        </w:rPr>
        <w:t>LA PROVENCE BODY CORPORATE</w:t>
      </w:r>
    </w:p>
    <w:p w14:paraId="2F7963DB" w14:textId="77777777" w:rsidR="00394B86" w:rsidRDefault="00000000">
      <w:pPr>
        <w:spacing w:before="680" w:line="240" w:lineRule="auto"/>
        <w:jc w:val="center"/>
      </w:pPr>
      <w:r>
        <w:rPr>
          <w:b/>
          <w:color w:val="B88C4A"/>
          <w:sz w:val="56"/>
        </w:rPr>
        <w:t>WELCOME HOME</w:t>
      </w:r>
    </w:p>
    <w:p w14:paraId="5EF882A0" w14:textId="77777777" w:rsidR="00394B86" w:rsidRDefault="00000000">
      <w:pPr>
        <w:spacing w:line="240" w:lineRule="auto"/>
        <w:jc w:val="center"/>
      </w:pPr>
      <w:r>
        <w:rPr>
          <w:b/>
          <w:color w:val="B88C4A"/>
          <w:sz w:val="56"/>
        </w:rPr>
        <w:t>WELKOM TUIS</w:t>
      </w:r>
    </w:p>
    <w:p w14:paraId="7EB82B8F" w14:textId="77777777" w:rsidR="00394B86" w:rsidRDefault="00000000">
      <w:pPr>
        <w:spacing w:line="240" w:lineRule="auto"/>
        <w:jc w:val="center"/>
      </w:pPr>
      <w:r>
        <w:rPr>
          <w:b/>
          <w:color w:val="243746"/>
          <w:sz w:val="32"/>
        </w:rPr>
        <w:t>NEW RESIDENT WELCOME PACK</w:t>
      </w:r>
      <w:r>
        <w:rPr>
          <w:b/>
          <w:color w:val="243746"/>
          <w:sz w:val="32"/>
        </w:rPr>
        <w:br/>
        <w:t>NUWE INWONER VERWELKOMINGSPAKKET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2"/>
        <w:gridCol w:w="5160"/>
      </w:tblGrid>
      <w:tr w:rsidR="00394B86" w14:paraId="48061976" w14:textId="77777777" w:rsidTr="00DA3776">
        <w:trPr>
          <w:cantSplit/>
          <w:jc w:val="center"/>
        </w:trPr>
        <w:tc>
          <w:tcPr>
            <w:tcW w:w="5298" w:type="dxa"/>
            <w:shd w:val="clear" w:color="auto" w:fill="F3F6F4"/>
            <w:tcMar>
              <w:top w:w="120" w:type="dxa"/>
              <w:left w:w="120" w:type="dxa"/>
              <w:bottom w:w="120" w:type="dxa"/>
              <w:right w:w="120" w:type="dxa"/>
            </w:tcMar>
          </w:tcPr>
          <w:p w14:paraId="7A6BFB51" w14:textId="77777777" w:rsidR="00394B86" w:rsidRDefault="00000000">
            <w:pPr>
              <w:spacing w:line="228" w:lineRule="auto"/>
            </w:pPr>
            <w:r>
              <w:rPr>
                <w:b/>
                <w:sz w:val="19"/>
              </w:rPr>
              <w:t>Unit / Eenheid</w:t>
            </w:r>
          </w:p>
        </w:tc>
        <w:tc>
          <w:tcPr>
            <w:tcW w:w="5298" w:type="dxa"/>
            <w:tcMar>
              <w:top w:w="120" w:type="dxa"/>
              <w:left w:w="120" w:type="dxa"/>
              <w:bottom w:w="120" w:type="dxa"/>
              <w:right w:w="120" w:type="dxa"/>
            </w:tcMar>
          </w:tcPr>
          <w:p w14:paraId="1B9541B2" w14:textId="77777777" w:rsidR="00394B86" w:rsidRDefault="00394B86">
            <w:pPr>
              <w:spacing w:line="228" w:lineRule="auto"/>
            </w:pPr>
          </w:p>
        </w:tc>
      </w:tr>
      <w:tr w:rsidR="00394B86" w14:paraId="1F69B9F4" w14:textId="77777777" w:rsidTr="00DA3776">
        <w:trPr>
          <w:cantSplit/>
          <w:jc w:val="center"/>
        </w:trPr>
        <w:tc>
          <w:tcPr>
            <w:tcW w:w="5298" w:type="dxa"/>
            <w:shd w:val="clear" w:color="auto" w:fill="F3F6F4"/>
            <w:tcMar>
              <w:top w:w="120" w:type="dxa"/>
              <w:left w:w="120" w:type="dxa"/>
              <w:bottom w:w="120" w:type="dxa"/>
              <w:right w:w="120" w:type="dxa"/>
            </w:tcMar>
          </w:tcPr>
          <w:p w14:paraId="2D0BAEDE" w14:textId="77777777" w:rsidR="00394B86" w:rsidRDefault="00000000">
            <w:pPr>
              <w:spacing w:line="228" w:lineRule="auto"/>
            </w:pPr>
            <w:r>
              <w:rPr>
                <w:b/>
                <w:sz w:val="19"/>
              </w:rPr>
              <w:t>Resident(s) / Inwoner(s)</w:t>
            </w:r>
          </w:p>
        </w:tc>
        <w:tc>
          <w:tcPr>
            <w:tcW w:w="5298" w:type="dxa"/>
            <w:tcMar>
              <w:top w:w="120" w:type="dxa"/>
              <w:left w:w="120" w:type="dxa"/>
              <w:bottom w:w="120" w:type="dxa"/>
              <w:right w:w="120" w:type="dxa"/>
            </w:tcMar>
          </w:tcPr>
          <w:p w14:paraId="34403CD0" w14:textId="77777777" w:rsidR="00394B86" w:rsidRDefault="00394B86">
            <w:pPr>
              <w:spacing w:line="228" w:lineRule="auto"/>
            </w:pPr>
          </w:p>
        </w:tc>
      </w:tr>
      <w:tr w:rsidR="00394B86" w14:paraId="026DBB26" w14:textId="77777777" w:rsidTr="00DA3776">
        <w:trPr>
          <w:cantSplit/>
          <w:jc w:val="center"/>
        </w:trPr>
        <w:tc>
          <w:tcPr>
            <w:tcW w:w="5298" w:type="dxa"/>
            <w:shd w:val="clear" w:color="auto" w:fill="F3F6F4"/>
            <w:tcMar>
              <w:top w:w="120" w:type="dxa"/>
              <w:left w:w="120" w:type="dxa"/>
              <w:bottom w:w="120" w:type="dxa"/>
              <w:right w:w="120" w:type="dxa"/>
            </w:tcMar>
          </w:tcPr>
          <w:p w14:paraId="360F7692" w14:textId="77777777" w:rsidR="00394B86" w:rsidRDefault="00000000">
            <w:pPr>
              <w:spacing w:line="228" w:lineRule="auto"/>
            </w:pPr>
            <w:r>
              <w:rPr>
                <w:b/>
                <w:sz w:val="19"/>
              </w:rPr>
              <w:t>Move-in date / Intrekdatum</w:t>
            </w:r>
          </w:p>
        </w:tc>
        <w:tc>
          <w:tcPr>
            <w:tcW w:w="5298" w:type="dxa"/>
            <w:tcMar>
              <w:top w:w="120" w:type="dxa"/>
              <w:left w:w="120" w:type="dxa"/>
              <w:bottom w:w="120" w:type="dxa"/>
              <w:right w:w="120" w:type="dxa"/>
            </w:tcMar>
          </w:tcPr>
          <w:p w14:paraId="0A4489F9" w14:textId="77777777" w:rsidR="00394B86" w:rsidRDefault="00394B86">
            <w:pPr>
              <w:spacing w:line="228" w:lineRule="auto"/>
            </w:pPr>
          </w:p>
        </w:tc>
      </w:tr>
      <w:tr w:rsidR="00394B86" w14:paraId="197051F7" w14:textId="77777777" w:rsidTr="00DA3776">
        <w:trPr>
          <w:cantSplit/>
          <w:jc w:val="center"/>
        </w:trPr>
        <w:tc>
          <w:tcPr>
            <w:tcW w:w="5298" w:type="dxa"/>
            <w:shd w:val="clear" w:color="auto" w:fill="F3F6F4"/>
            <w:tcMar>
              <w:top w:w="120" w:type="dxa"/>
              <w:left w:w="120" w:type="dxa"/>
              <w:bottom w:w="120" w:type="dxa"/>
              <w:right w:w="120" w:type="dxa"/>
            </w:tcMar>
          </w:tcPr>
          <w:p w14:paraId="46B1624B" w14:textId="77777777" w:rsidR="00394B86" w:rsidRDefault="00000000">
            <w:pPr>
              <w:spacing w:line="228" w:lineRule="auto"/>
            </w:pPr>
            <w:r>
              <w:rPr>
                <w:b/>
                <w:sz w:val="19"/>
              </w:rPr>
              <w:t>Preferred language / Voorkeurtaal</w:t>
            </w:r>
          </w:p>
        </w:tc>
        <w:tc>
          <w:tcPr>
            <w:tcW w:w="5298" w:type="dxa"/>
            <w:tcMar>
              <w:top w:w="120" w:type="dxa"/>
              <w:left w:w="120" w:type="dxa"/>
              <w:bottom w:w="120" w:type="dxa"/>
              <w:right w:w="120" w:type="dxa"/>
            </w:tcMar>
          </w:tcPr>
          <w:p w14:paraId="1E14A7A6" w14:textId="77777777" w:rsidR="00394B86" w:rsidRDefault="00000000">
            <w:pPr>
              <w:spacing w:line="228" w:lineRule="auto"/>
            </w:pPr>
            <w:r>
              <w:rPr>
                <w:sz w:val="19"/>
              </w:rPr>
              <w:t>English ☐   Afrikaans ☐</w:t>
            </w:r>
          </w:p>
        </w:tc>
      </w:tr>
    </w:tbl>
    <w:p w14:paraId="05052F39" w14:textId="77777777" w:rsidR="00394B86" w:rsidRDefault="00000000">
      <w:pPr>
        <w:spacing w:before="400" w:line="240" w:lineRule="auto"/>
        <w:jc w:val="center"/>
      </w:pPr>
      <w:r>
        <w:t>Graniet Close / Granietslot • Welgelegen • 7500</w:t>
      </w:r>
      <w:r>
        <w:br/>
        <w:t>Tel: 021 559 1453 • E-mail: la.provence2@gmail.com</w:t>
      </w:r>
    </w:p>
    <w:p w14:paraId="32F163EA" w14:textId="77777777" w:rsidR="00394B86" w:rsidRDefault="00000000">
      <w:pPr>
        <w:spacing w:line="240" w:lineRule="auto"/>
        <w:jc w:val="center"/>
      </w:pPr>
      <w:r>
        <w:rPr>
          <w:b/>
          <w:color w:val="6E8877"/>
        </w:rPr>
        <w:t>Office / Kantoor: Monday-Friday / Maandag-Vrydag 09:00-13:00</w:t>
      </w:r>
    </w:p>
    <w:p w14:paraId="7192E969" w14:textId="77777777" w:rsidR="00394B86" w:rsidRDefault="00394B86">
      <w:pPr>
        <w:spacing w:line="240" w:lineRule="auto"/>
      </w:pPr>
    </w:p>
    <w:p w14:paraId="2C116672" w14:textId="77777777" w:rsidR="00394B86" w:rsidRDefault="00000000">
      <w:pPr>
        <w:keepNext/>
        <w:pageBreakBefore/>
        <w:spacing w:line="240" w:lineRule="auto"/>
        <w:jc w:val="center"/>
      </w:pPr>
      <w:r>
        <w:rPr>
          <w:rFonts w:ascii="Aptos Display" w:hAnsi="Aptos Display"/>
          <w:b/>
          <w:color w:val="243746"/>
          <w:sz w:val="46"/>
        </w:rPr>
        <w:lastRenderedPageBreak/>
        <w:t>CONTENTS / INHOUDSOPGAWE</w:t>
      </w:r>
    </w:p>
    <w:p w14:paraId="3293DC49" w14:textId="77777777" w:rsidR="00394B86" w:rsidRDefault="00000000">
      <w:pPr>
        <w:spacing w:line="240" w:lineRule="auto"/>
        <w:jc w:val="center"/>
      </w:pPr>
      <w:r>
        <w:rPr>
          <w:b/>
          <w:color w:val="6E8877"/>
          <w:sz w:val="22"/>
        </w:rPr>
        <w:t>A simple guide to what is in this pack / ’n Eenvoudige gids tot hierdie pakket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3452"/>
        <w:gridCol w:w="3409"/>
        <w:gridCol w:w="31"/>
      </w:tblGrid>
      <w:tr w:rsidR="00394B86" w14:paraId="723BED59" w14:textId="77777777" w:rsidTr="00DA3776">
        <w:trPr>
          <w:cantSplit/>
          <w:tblHeader/>
          <w:jc w:val="center"/>
        </w:trPr>
        <w:tc>
          <w:tcPr>
            <w:tcW w:w="3532" w:type="dxa"/>
            <w:shd w:val="clear" w:color="auto" w:fill="243746"/>
          </w:tcPr>
          <w:p w14:paraId="6D76B130" w14:textId="77777777" w:rsidR="00394B86" w:rsidRDefault="00000000">
            <w:pPr>
              <w:spacing w:line="228" w:lineRule="auto"/>
            </w:pPr>
            <w:r>
              <w:rPr>
                <w:b/>
                <w:color w:val="FFFFFF"/>
                <w:sz w:val="19"/>
              </w:rPr>
              <w:t>Section / Afdeling</w:t>
            </w:r>
          </w:p>
        </w:tc>
        <w:tc>
          <w:tcPr>
            <w:tcW w:w="3532" w:type="dxa"/>
            <w:shd w:val="clear" w:color="auto" w:fill="243746"/>
          </w:tcPr>
          <w:p w14:paraId="7D786204" w14:textId="77777777" w:rsidR="00394B86" w:rsidRDefault="00000000">
            <w:pPr>
              <w:spacing w:line="228" w:lineRule="auto"/>
            </w:pPr>
            <w:r>
              <w:rPr>
                <w:b/>
                <w:color w:val="FFFFFF"/>
                <w:sz w:val="19"/>
              </w:rPr>
              <w:t>Description / Beskrywing</w:t>
            </w:r>
          </w:p>
        </w:tc>
        <w:tc>
          <w:tcPr>
            <w:tcW w:w="3532" w:type="dxa"/>
            <w:gridSpan w:val="2"/>
            <w:shd w:val="clear" w:color="auto" w:fill="243746"/>
          </w:tcPr>
          <w:p w14:paraId="0E551CBB" w14:textId="77777777" w:rsidR="00394B86" w:rsidRDefault="00000000">
            <w:pPr>
              <w:spacing w:line="228" w:lineRule="auto"/>
            </w:pPr>
            <w:r>
              <w:rPr>
                <w:b/>
                <w:color w:val="FFFFFF"/>
                <w:sz w:val="19"/>
              </w:rPr>
              <w:t>Page / Bladsy</w:t>
            </w:r>
          </w:p>
        </w:tc>
      </w:tr>
      <w:tr w:rsidR="00394B86" w14:paraId="74C1132B" w14:textId="77777777" w:rsidTr="00DA3776">
        <w:trPr>
          <w:cantSplit/>
          <w:jc w:val="center"/>
        </w:trPr>
        <w:tc>
          <w:tcPr>
            <w:tcW w:w="3532" w:type="dxa"/>
            <w:tcMar>
              <w:top w:w="110" w:type="dxa"/>
              <w:left w:w="110" w:type="dxa"/>
              <w:bottom w:w="110" w:type="dxa"/>
              <w:right w:w="110" w:type="dxa"/>
            </w:tcMar>
          </w:tcPr>
          <w:p w14:paraId="000D711D" w14:textId="77777777" w:rsidR="00394B86" w:rsidRDefault="00000000">
            <w:pPr>
              <w:spacing w:line="228" w:lineRule="auto"/>
              <w:jc w:val="center"/>
            </w:pPr>
            <w:r>
              <w:rPr>
                <w:sz w:val="19"/>
              </w:rPr>
              <w:t>1</w:t>
            </w:r>
          </w:p>
        </w:tc>
        <w:tc>
          <w:tcPr>
            <w:tcW w:w="3532" w:type="dxa"/>
            <w:tcMar>
              <w:top w:w="110" w:type="dxa"/>
              <w:left w:w="110" w:type="dxa"/>
              <w:bottom w:w="110" w:type="dxa"/>
              <w:right w:w="110" w:type="dxa"/>
            </w:tcMar>
          </w:tcPr>
          <w:p w14:paraId="1EB909BA" w14:textId="77777777" w:rsidR="00394B86" w:rsidRDefault="00000000">
            <w:pPr>
              <w:spacing w:line="228" w:lineRule="auto"/>
            </w:pPr>
            <w:r>
              <w:rPr>
                <w:sz w:val="19"/>
              </w:rPr>
              <w:t>Welcome &amp; first steps / Welkom &amp; eerste stappe</w:t>
            </w:r>
          </w:p>
        </w:tc>
        <w:tc>
          <w:tcPr>
            <w:tcW w:w="3532" w:type="dxa"/>
            <w:gridSpan w:val="2"/>
            <w:tcMar>
              <w:top w:w="110" w:type="dxa"/>
              <w:left w:w="110" w:type="dxa"/>
              <w:bottom w:w="110" w:type="dxa"/>
              <w:right w:w="110" w:type="dxa"/>
            </w:tcMar>
          </w:tcPr>
          <w:p w14:paraId="3BB6F425" w14:textId="77777777" w:rsidR="00394B86" w:rsidRDefault="00000000">
            <w:pPr>
              <w:spacing w:line="228" w:lineRule="auto"/>
              <w:jc w:val="center"/>
            </w:pPr>
            <w:r>
              <w:rPr>
                <w:sz w:val="19"/>
              </w:rPr>
              <w:t>3</w:t>
            </w:r>
          </w:p>
        </w:tc>
      </w:tr>
      <w:tr w:rsidR="00394B86" w14:paraId="7124BAF7" w14:textId="77777777" w:rsidTr="00DA3776">
        <w:trPr>
          <w:cantSplit/>
          <w:jc w:val="center"/>
        </w:trPr>
        <w:tc>
          <w:tcPr>
            <w:tcW w:w="3532" w:type="dxa"/>
            <w:tcMar>
              <w:top w:w="110" w:type="dxa"/>
              <w:left w:w="110" w:type="dxa"/>
              <w:bottom w:w="110" w:type="dxa"/>
              <w:right w:w="110" w:type="dxa"/>
            </w:tcMar>
          </w:tcPr>
          <w:p w14:paraId="2E094FC2" w14:textId="77777777" w:rsidR="00394B86" w:rsidRDefault="00000000">
            <w:pPr>
              <w:spacing w:line="228" w:lineRule="auto"/>
              <w:jc w:val="center"/>
            </w:pPr>
            <w:r>
              <w:rPr>
                <w:sz w:val="19"/>
              </w:rPr>
              <w:t>2</w:t>
            </w:r>
          </w:p>
        </w:tc>
        <w:tc>
          <w:tcPr>
            <w:tcW w:w="3532" w:type="dxa"/>
            <w:tcMar>
              <w:top w:w="110" w:type="dxa"/>
              <w:left w:w="110" w:type="dxa"/>
              <w:bottom w:w="110" w:type="dxa"/>
              <w:right w:w="110" w:type="dxa"/>
            </w:tcMar>
          </w:tcPr>
          <w:p w14:paraId="36459820" w14:textId="77777777" w:rsidR="00394B86" w:rsidRDefault="00000000">
            <w:pPr>
              <w:spacing w:line="228" w:lineRule="auto"/>
            </w:pPr>
            <w:r>
              <w:rPr>
                <w:sz w:val="19"/>
              </w:rPr>
              <w:t>Important rules at a glance / Belangrikste reëls in ’n oogopslag</w:t>
            </w:r>
          </w:p>
        </w:tc>
        <w:tc>
          <w:tcPr>
            <w:tcW w:w="3532" w:type="dxa"/>
            <w:gridSpan w:val="2"/>
            <w:tcMar>
              <w:top w:w="110" w:type="dxa"/>
              <w:left w:w="110" w:type="dxa"/>
              <w:bottom w:w="110" w:type="dxa"/>
              <w:right w:w="110" w:type="dxa"/>
            </w:tcMar>
          </w:tcPr>
          <w:p w14:paraId="26E9C484" w14:textId="77777777" w:rsidR="00394B86" w:rsidRDefault="00000000">
            <w:pPr>
              <w:spacing w:line="228" w:lineRule="auto"/>
              <w:jc w:val="center"/>
            </w:pPr>
            <w:r>
              <w:rPr>
                <w:sz w:val="19"/>
              </w:rPr>
              <w:t>4</w:t>
            </w:r>
          </w:p>
        </w:tc>
      </w:tr>
      <w:tr w:rsidR="00394B86" w14:paraId="335E5854" w14:textId="77777777" w:rsidTr="00DA3776">
        <w:trPr>
          <w:cantSplit/>
          <w:jc w:val="center"/>
        </w:trPr>
        <w:tc>
          <w:tcPr>
            <w:tcW w:w="3532" w:type="dxa"/>
            <w:tcMar>
              <w:top w:w="110" w:type="dxa"/>
              <w:left w:w="110" w:type="dxa"/>
              <w:bottom w:w="110" w:type="dxa"/>
              <w:right w:w="110" w:type="dxa"/>
            </w:tcMar>
          </w:tcPr>
          <w:p w14:paraId="29258CB8" w14:textId="77777777" w:rsidR="00394B86" w:rsidRDefault="00000000">
            <w:pPr>
              <w:spacing w:line="228" w:lineRule="auto"/>
              <w:jc w:val="center"/>
            </w:pPr>
            <w:r>
              <w:rPr>
                <w:sz w:val="19"/>
              </w:rPr>
              <w:t>3</w:t>
            </w:r>
          </w:p>
        </w:tc>
        <w:tc>
          <w:tcPr>
            <w:tcW w:w="3532" w:type="dxa"/>
            <w:tcMar>
              <w:top w:w="110" w:type="dxa"/>
              <w:left w:w="110" w:type="dxa"/>
              <w:bottom w:w="110" w:type="dxa"/>
              <w:right w:w="110" w:type="dxa"/>
            </w:tcMar>
          </w:tcPr>
          <w:p w14:paraId="20943368" w14:textId="77777777" w:rsidR="00394B86" w:rsidRDefault="00000000">
            <w:pPr>
              <w:spacing w:line="228" w:lineRule="auto"/>
            </w:pPr>
            <w:r>
              <w:rPr>
                <w:sz w:val="19"/>
              </w:rPr>
              <w:t>Quick contacts &amp; everyday living / Vinnige kontakte &amp; daaglikse lewe</w:t>
            </w:r>
          </w:p>
        </w:tc>
        <w:tc>
          <w:tcPr>
            <w:tcW w:w="3532" w:type="dxa"/>
            <w:gridSpan w:val="2"/>
            <w:tcMar>
              <w:top w:w="110" w:type="dxa"/>
              <w:left w:w="110" w:type="dxa"/>
              <w:bottom w:w="110" w:type="dxa"/>
              <w:right w:w="110" w:type="dxa"/>
            </w:tcMar>
          </w:tcPr>
          <w:p w14:paraId="7084D7F9" w14:textId="77777777" w:rsidR="00394B86" w:rsidRDefault="00000000">
            <w:pPr>
              <w:spacing w:line="228" w:lineRule="auto"/>
              <w:jc w:val="center"/>
            </w:pPr>
            <w:r>
              <w:rPr>
                <w:sz w:val="19"/>
              </w:rPr>
              <w:t>5</w:t>
            </w:r>
          </w:p>
        </w:tc>
      </w:tr>
      <w:tr w:rsidR="00394B86" w14:paraId="048E75AD" w14:textId="77777777" w:rsidTr="00DA3776">
        <w:trPr>
          <w:cantSplit/>
          <w:jc w:val="center"/>
        </w:trPr>
        <w:tc>
          <w:tcPr>
            <w:tcW w:w="3532" w:type="dxa"/>
            <w:tcMar>
              <w:top w:w="110" w:type="dxa"/>
              <w:left w:w="110" w:type="dxa"/>
              <w:bottom w:w="110" w:type="dxa"/>
              <w:right w:w="110" w:type="dxa"/>
            </w:tcMar>
          </w:tcPr>
          <w:p w14:paraId="456F6582" w14:textId="77777777" w:rsidR="00394B86" w:rsidRDefault="00000000">
            <w:pPr>
              <w:spacing w:line="228" w:lineRule="auto"/>
              <w:jc w:val="center"/>
            </w:pPr>
            <w:r>
              <w:rPr>
                <w:sz w:val="19"/>
              </w:rPr>
              <w:t>4</w:t>
            </w:r>
          </w:p>
        </w:tc>
        <w:tc>
          <w:tcPr>
            <w:tcW w:w="3532" w:type="dxa"/>
            <w:tcMar>
              <w:top w:w="110" w:type="dxa"/>
              <w:left w:w="110" w:type="dxa"/>
              <w:bottom w:w="110" w:type="dxa"/>
              <w:right w:w="110" w:type="dxa"/>
            </w:tcMar>
          </w:tcPr>
          <w:p w14:paraId="5D9601A5" w14:textId="77777777" w:rsidR="00394B86" w:rsidRDefault="00000000">
            <w:pPr>
              <w:spacing w:line="228" w:lineRule="auto"/>
            </w:pPr>
            <w:r>
              <w:rPr>
                <w:sz w:val="19"/>
              </w:rPr>
              <w:t>Meals, Le Foyer &amp; body corporate services / Etes, Le Foyer &amp; Body Corporate-dienste</w:t>
            </w:r>
          </w:p>
        </w:tc>
        <w:tc>
          <w:tcPr>
            <w:tcW w:w="3532" w:type="dxa"/>
            <w:gridSpan w:val="2"/>
            <w:tcMar>
              <w:top w:w="110" w:type="dxa"/>
              <w:left w:w="110" w:type="dxa"/>
              <w:bottom w:w="110" w:type="dxa"/>
              <w:right w:w="110" w:type="dxa"/>
            </w:tcMar>
          </w:tcPr>
          <w:p w14:paraId="5EC9F37A" w14:textId="77777777" w:rsidR="00394B86" w:rsidRDefault="00000000">
            <w:pPr>
              <w:spacing w:line="228" w:lineRule="auto"/>
              <w:jc w:val="center"/>
            </w:pPr>
            <w:r>
              <w:rPr>
                <w:sz w:val="19"/>
              </w:rPr>
              <w:t>6</w:t>
            </w:r>
          </w:p>
        </w:tc>
      </w:tr>
      <w:tr w:rsidR="00394B86" w14:paraId="097426CC" w14:textId="77777777" w:rsidTr="00DA3776">
        <w:trPr>
          <w:cantSplit/>
          <w:jc w:val="center"/>
        </w:trPr>
        <w:tc>
          <w:tcPr>
            <w:tcW w:w="3532" w:type="dxa"/>
            <w:tcMar>
              <w:top w:w="110" w:type="dxa"/>
              <w:left w:w="110" w:type="dxa"/>
              <w:bottom w:w="110" w:type="dxa"/>
              <w:right w:w="110" w:type="dxa"/>
            </w:tcMar>
          </w:tcPr>
          <w:p w14:paraId="684525F8" w14:textId="77777777" w:rsidR="00394B86" w:rsidRDefault="00000000">
            <w:pPr>
              <w:spacing w:line="228" w:lineRule="auto"/>
              <w:jc w:val="center"/>
            </w:pPr>
            <w:r>
              <w:rPr>
                <w:sz w:val="19"/>
              </w:rPr>
              <w:t>5</w:t>
            </w:r>
          </w:p>
        </w:tc>
        <w:tc>
          <w:tcPr>
            <w:tcW w:w="3532" w:type="dxa"/>
            <w:tcMar>
              <w:top w:w="110" w:type="dxa"/>
              <w:left w:w="110" w:type="dxa"/>
              <w:bottom w:w="110" w:type="dxa"/>
              <w:right w:w="110" w:type="dxa"/>
            </w:tcMar>
          </w:tcPr>
          <w:p w14:paraId="3FCE76CE" w14:textId="77777777" w:rsidR="00394B86" w:rsidRDefault="00000000">
            <w:pPr>
              <w:spacing w:line="228" w:lineRule="auto"/>
            </w:pPr>
            <w:r>
              <w:rPr>
                <w:sz w:val="19"/>
              </w:rPr>
              <w:t>Security, emergency &amp; fire safety / Sekuriteit, nood &amp; brandveiligheid</w:t>
            </w:r>
          </w:p>
        </w:tc>
        <w:tc>
          <w:tcPr>
            <w:tcW w:w="3532" w:type="dxa"/>
            <w:gridSpan w:val="2"/>
            <w:tcMar>
              <w:top w:w="110" w:type="dxa"/>
              <w:left w:w="110" w:type="dxa"/>
              <w:bottom w:w="110" w:type="dxa"/>
              <w:right w:w="110" w:type="dxa"/>
            </w:tcMar>
          </w:tcPr>
          <w:p w14:paraId="6EB0A343" w14:textId="77777777" w:rsidR="00394B86" w:rsidRDefault="00000000">
            <w:pPr>
              <w:spacing w:line="228" w:lineRule="auto"/>
              <w:jc w:val="center"/>
            </w:pPr>
            <w:r>
              <w:rPr>
                <w:sz w:val="19"/>
              </w:rPr>
              <w:t>7</w:t>
            </w:r>
          </w:p>
        </w:tc>
      </w:tr>
      <w:tr w:rsidR="00394B86" w14:paraId="65C907ED" w14:textId="77777777" w:rsidTr="00DA3776">
        <w:trPr>
          <w:cantSplit/>
          <w:jc w:val="center"/>
        </w:trPr>
        <w:tc>
          <w:tcPr>
            <w:tcW w:w="3532" w:type="dxa"/>
            <w:tcMar>
              <w:top w:w="110" w:type="dxa"/>
              <w:left w:w="110" w:type="dxa"/>
              <w:bottom w:w="110" w:type="dxa"/>
              <w:right w:w="110" w:type="dxa"/>
            </w:tcMar>
          </w:tcPr>
          <w:p w14:paraId="4801117D" w14:textId="77777777" w:rsidR="00394B86" w:rsidRDefault="00000000">
            <w:pPr>
              <w:spacing w:line="228" w:lineRule="auto"/>
              <w:jc w:val="center"/>
            </w:pPr>
            <w:r>
              <w:rPr>
                <w:sz w:val="19"/>
              </w:rPr>
              <w:t>6</w:t>
            </w:r>
          </w:p>
        </w:tc>
        <w:tc>
          <w:tcPr>
            <w:tcW w:w="3532" w:type="dxa"/>
            <w:tcMar>
              <w:top w:w="110" w:type="dxa"/>
              <w:left w:w="110" w:type="dxa"/>
              <w:bottom w:w="110" w:type="dxa"/>
              <w:right w:w="110" w:type="dxa"/>
            </w:tcMar>
          </w:tcPr>
          <w:p w14:paraId="6C08B6C8" w14:textId="77777777" w:rsidR="00394B86" w:rsidRDefault="00000000">
            <w:pPr>
              <w:spacing w:line="228" w:lineRule="auto"/>
            </w:pPr>
            <w:r>
              <w:rPr>
                <w:sz w:val="19"/>
              </w:rPr>
              <w:t>Your home, gardens &amp; alterations / U woning, tuine &amp; veranderings</w:t>
            </w:r>
          </w:p>
        </w:tc>
        <w:tc>
          <w:tcPr>
            <w:tcW w:w="3532" w:type="dxa"/>
            <w:gridSpan w:val="2"/>
            <w:tcMar>
              <w:top w:w="110" w:type="dxa"/>
              <w:left w:w="110" w:type="dxa"/>
              <w:bottom w:w="110" w:type="dxa"/>
              <w:right w:w="110" w:type="dxa"/>
            </w:tcMar>
          </w:tcPr>
          <w:p w14:paraId="255916B6" w14:textId="77777777" w:rsidR="00394B86" w:rsidRDefault="00000000">
            <w:pPr>
              <w:spacing w:line="228" w:lineRule="auto"/>
              <w:jc w:val="center"/>
            </w:pPr>
            <w:r>
              <w:rPr>
                <w:sz w:val="19"/>
              </w:rPr>
              <w:t>8</w:t>
            </w:r>
          </w:p>
        </w:tc>
      </w:tr>
      <w:tr w:rsidR="00394B86" w14:paraId="38FEE01B" w14:textId="77777777" w:rsidTr="00DA3776">
        <w:trPr>
          <w:cantSplit/>
          <w:jc w:val="center"/>
        </w:trPr>
        <w:tc>
          <w:tcPr>
            <w:tcW w:w="3532" w:type="dxa"/>
            <w:tcMar>
              <w:top w:w="110" w:type="dxa"/>
              <w:left w:w="110" w:type="dxa"/>
              <w:bottom w:w="110" w:type="dxa"/>
              <w:right w:w="110" w:type="dxa"/>
            </w:tcMar>
          </w:tcPr>
          <w:p w14:paraId="6C41F7B2" w14:textId="77777777" w:rsidR="00394B86" w:rsidRDefault="00000000">
            <w:pPr>
              <w:spacing w:line="228" w:lineRule="auto"/>
              <w:jc w:val="center"/>
            </w:pPr>
            <w:r>
              <w:rPr>
                <w:sz w:val="19"/>
              </w:rPr>
              <w:t>7</w:t>
            </w:r>
          </w:p>
        </w:tc>
        <w:tc>
          <w:tcPr>
            <w:tcW w:w="3532" w:type="dxa"/>
            <w:tcMar>
              <w:top w:w="110" w:type="dxa"/>
              <w:left w:w="110" w:type="dxa"/>
              <w:bottom w:w="110" w:type="dxa"/>
              <w:right w:w="110" w:type="dxa"/>
            </w:tcMar>
          </w:tcPr>
          <w:p w14:paraId="39C85762" w14:textId="77777777" w:rsidR="00394B86" w:rsidRDefault="00000000">
            <w:pPr>
              <w:spacing w:line="228" w:lineRule="auto"/>
            </w:pPr>
            <w:r>
              <w:rPr>
                <w:sz w:val="19"/>
              </w:rPr>
              <w:t>Forms - what to complete / Vorms - wat voltooi moet word</w:t>
            </w:r>
          </w:p>
        </w:tc>
        <w:tc>
          <w:tcPr>
            <w:tcW w:w="3532" w:type="dxa"/>
            <w:gridSpan w:val="2"/>
            <w:tcMar>
              <w:top w:w="110" w:type="dxa"/>
              <w:left w:w="110" w:type="dxa"/>
              <w:bottom w:w="110" w:type="dxa"/>
              <w:right w:w="110" w:type="dxa"/>
            </w:tcMar>
          </w:tcPr>
          <w:p w14:paraId="55CD1DD9" w14:textId="77777777" w:rsidR="00394B86" w:rsidRDefault="00000000">
            <w:pPr>
              <w:spacing w:line="228" w:lineRule="auto"/>
              <w:jc w:val="center"/>
            </w:pPr>
            <w:r>
              <w:rPr>
                <w:sz w:val="19"/>
              </w:rPr>
              <w:t>9</w:t>
            </w:r>
          </w:p>
        </w:tc>
      </w:tr>
      <w:tr w:rsidR="00394B86" w14:paraId="05B0ADEE" w14:textId="77777777" w:rsidTr="00DA3776">
        <w:trPr>
          <w:cantSplit/>
          <w:jc w:val="center"/>
        </w:trPr>
        <w:tc>
          <w:tcPr>
            <w:tcW w:w="3532" w:type="dxa"/>
            <w:tcMar>
              <w:top w:w="110" w:type="dxa"/>
              <w:left w:w="110" w:type="dxa"/>
              <w:bottom w:w="110" w:type="dxa"/>
              <w:right w:w="110" w:type="dxa"/>
            </w:tcMar>
          </w:tcPr>
          <w:p w14:paraId="24E83038" w14:textId="77777777" w:rsidR="00394B86" w:rsidRDefault="00000000">
            <w:pPr>
              <w:spacing w:line="228" w:lineRule="auto"/>
              <w:jc w:val="center"/>
            </w:pPr>
            <w:r>
              <w:rPr>
                <w:sz w:val="19"/>
              </w:rPr>
              <w:t>A</w:t>
            </w:r>
          </w:p>
        </w:tc>
        <w:tc>
          <w:tcPr>
            <w:tcW w:w="3532" w:type="dxa"/>
            <w:tcMar>
              <w:top w:w="110" w:type="dxa"/>
              <w:left w:w="110" w:type="dxa"/>
              <w:bottom w:w="110" w:type="dxa"/>
              <w:right w:w="110" w:type="dxa"/>
            </w:tcMar>
          </w:tcPr>
          <w:p w14:paraId="7A8EA7F6" w14:textId="77777777" w:rsidR="00394B86" w:rsidRDefault="00000000">
            <w:pPr>
              <w:spacing w:line="228" w:lineRule="auto"/>
            </w:pPr>
            <w:r>
              <w:rPr>
                <w:sz w:val="19"/>
              </w:rPr>
              <w:t>Resident Information Form / Inwoner-inligtingsvorm</w:t>
            </w:r>
          </w:p>
        </w:tc>
        <w:tc>
          <w:tcPr>
            <w:tcW w:w="3532" w:type="dxa"/>
            <w:gridSpan w:val="2"/>
            <w:tcMar>
              <w:top w:w="110" w:type="dxa"/>
              <w:left w:w="110" w:type="dxa"/>
              <w:bottom w:w="110" w:type="dxa"/>
              <w:right w:w="110" w:type="dxa"/>
            </w:tcMar>
          </w:tcPr>
          <w:p w14:paraId="4DCE7D7B" w14:textId="77777777" w:rsidR="00394B86" w:rsidRDefault="00000000" w:rsidP="00DA3776">
            <w:pPr>
              <w:jc w:val="center"/>
            </w:pPr>
            <w:r>
              <w:t>10-12</w:t>
            </w:r>
          </w:p>
        </w:tc>
      </w:tr>
      <w:tr w:rsidR="00394B86" w14:paraId="2299C563" w14:textId="77777777" w:rsidTr="00DA3776">
        <w:trPr>
          <w:cantSplit/>
          <w:jc w:val="center"/>
        </w:trPr>
        <w:tc>
          <w:tcPr>
            <w:tcW w:w="3532" w:type="dxa"/>
            <w:tcMar>
              <w:top w:w="110" w:type="dxa"/>
              <w:left w:w="110" w:type="dxa"/>
              <w:bottom w:w="110" w:type="dxa"/>
              <w:right w:w="110" w:type="dxa"/>
            </w:tcMar>
          </w:tcPr>
          <w:p w14:paraId="660D398F" w14:textId="77777777" w:rsidR="00394B86" w:rsidRDefault="00000000">
            <w:pPr>
              <w:spacing w:line="228" w:lineRule="auto"/>
              <w:jc w:val="center"/>
            </w:pPr>
            <w:r>
              <w:rPr>
                <w:sz w:val="19"/>
              </w:rPr>
              <w:t>B</w:t>
            </w:r>
          </w:p>
        </w:tc>
        <w:tc>
          <w:tcPr>
            <w:tcW w:w="3532" w:type="dxa"/>
            <w:tcMar>
              <w:top w:w="110" w:type="dxa"/>
              <w:left w:w="110" w:type="dxa"/>
              <w:bottom w:w="110" w:type="dxa"/>
              <w:right w:w="110" w:type="dxa"/>
            </w:tcMar>
          </w:tcPr>
          <w:p w14:paraId="24660256" w14:textId="77777777" w:rsidR="00394B86" w:rsidRDefault="00000000">
            <w:pPr>
              <w:spacing w:line="228" w:lineRule="auto"/>
            </w:pPr>
            <w:r>
              <w:rPr>
                <w:sz w:val="19"/>
              </w:rPr>
              <w:t>Security &amp; Access Information / Sekuriteit- &amp; toegangsinligting</w:t>
            </w:r>
          </w:p>
        </w:tc>
        <w:tc>
          <w:tcPr>
            <w:tcW w:w="3532" w:type="dxa"/>
            <w:gridSpan w:val="2"/>
            <w:tcMar>
              <w:top w:w="110" w:type="dxa"/>
              <w:left w:w="110" w:type="dxa"/>
              <w:bottom w:w="110" w:type="dxa"/>
              <w:right w:w="110" w:type="dxa"/>
            </w:tcMar>
          </w:tcPr>
          <w:p w14:paraId="7874597B" w14:textId="77777777" w:rsidR="00394B86" w:rsidRDefault="00000000" w:rsidP="00DA3776">
            <w:pPr>
              <w:jc w:val="center"/>
            </w:pPr>
            <w:r>
              <w:t>13-15</w:t>
            </w:r>
          </w:p>
        </w:tc>
      </w:tr>
      <w:tr w:rsidR="00394B86" w14:paraId="7B6AC1FD" w14:textId="77777777" w:rsidTr="00DA3776">
        <w:trPr>
          <w:cantSplit/>
          <w:jc w:val="center"/>
        </w:trPr>
        <w:tc>
          <w:tcPr>
            <w:tcW w:w="3532" w:type="dxa"/>
            <w:tcMar>
              <w:top w:w="110" w:type="dxa"/>
              <w:left w:w="110" w:type="dxa"/>
              <w:bottom w:w="110" w:type="dxa"/>
              <w:right w:w="110" w:type="dxa"/>
            </w:tcMar>
          </w:tcPr>
          <w:p w14:paraId="00362AA1" w14:textId="77777777" w:rsidR="00394B86" w:rsidRDefault="00000000">
            <w:pPr>
              <w:spacing w:line="228" w:lineRule="auto"/>
              <w:jc w:val="center"/>
            </w:pPr>
            <w:r>
              <w:rPr>
                <w:sz w:val="19"/>
              </w:rPr>
              <w:t>C</w:t>
            </w:r>
          </w:p>
        </w:tc>
        <w:tc>
          <w:tcPr>
            <w:tcW w:w="3532" w:type="dxa"/>
            <w:tcMar>
              <w:top w:w="110" w:type="dxa"/>
              <w:left w:w="110" w:type="dxa"/>
              <w:bottom w:w="110" w:type="dxa"/>
              <w:right w:w="110" w:type="dxa"/>
            </w:tcMar>
          </w:tcPr>
          <w:p w14:paraId="390E16CA" w14:textId="77777777" w:rsidR="00394B86" w:rsidRDefault="00000000">
            <w:pPr>
              <w:spacing w:line="228" w:lineRule="auto"/>
            </w:pPr>
            <w:r>
              <w:rPr>
                <w:sz w:val="19"/>
              </w:rPr>
              <w:t>Acknowledgement / Erkenning</w:t>
            </w:r>
          </w:p>
        </w:tc>
        <w:tc>
          <w:tcPr>
            <w:tcW w:w="3532" w:type="dxa"/>
            <w:gridSpan w:val="2"/>
            <w:tcMar>
              <w:top w:w="110" w:type="dxa"/>
              <w:left w:w="110" w:type="dxa"/>
              <w:bottom w:w="110" w:type="dxa"/>
              <w:right w:w="110" w:type="dxa"/>
            </w:tcMar>
          </w:tcPr>
          <w:p w14:paraId="6C8D14FB" w14:textId="77777777" w:rsidR="00394B86" w:rsidRDefault="00000000" w:rsidP="00DA3776">
            <w:pPr>
              <w:jc w:val="center"/>
            </w:pPr>
            <w:r>
              <w:t>16</w:t>
            </w:r>
          </w:p>
        </w:tc>
      </w:tr>
      <w:tr w:rsidR="00394B86" w14:paraId="420D9572" w14:textId="77777777" w:rsidTr="00DA3776">
        <w:trPr>
          <w:gridAfter w:val="1"/>
          <w:wAfter w:w="32" w:type="dxa"/>
          <w:cantSplit/>
          <w:jc w:val="center"/>
        </w:trPr>
        <w:tc>
          <w:tcPr>
            <w:tcW w:w="10596" w:type="dxa"/>
            <w:gridSpan w:val="3"/>
            <w:shd w:val="clear" w:color="auto" w:fill="FBF6EC"/>
            <w:tcMar>
              <w:top w:w="130" w:type="dxa"/>
              <w:left w:w="140" w:type="dxa"/>
              <w:bottom w:w="130" w:type="dxa"/>
              <w:right w:w="140" w:type="dxa"/>
            </w:tcMar>
          </w:tcPr>
          <w:p w14:paraId="49A0FAD3" w14:textId="77777777" w:rsidR="00394B86" w:rsidRDefault="00000000">
            <w:pPr>
              <w:spacing w:line="228" w:lineRule="auto"/>
            </w:pPr>
            <w:r>
              <w:rPr>
                <w:b/>
                <w:color w:val="B88C4A"/>
              </w:rPr>
              <w:t>TIP / WENK</w:t>
            </w:r>
          </w:p>
          <w:p w14:paraId="3FC34A7E" w14:textId="77777777" w:rsidR="00394B86" w:rsidRDefault="00000000">
            <w:pPr>
              <w:spacing w:after="0" w:line="228" w:lineRule="auto"/>
            </w:pPr>
            <w:r>
              <w:rPr>
                <w:sz w:val="19"/>
              </w:rPr>
              <w:t>Keep this pack somewhere easy to find. The first half is your everyday guide; the complete forms are together at the back. / Hou hierdie pakket op ’n plek waar dit maklik gevind kan word. Die eerste helfte is u daaglikse gids; die volledige vorms is saam agterin.</w:t>
            </w:r>
          </w:p>
        </w:tc>
      </w:tr>
    </w:tbl>
    <w:p w14:paraId="1E2B0FCE" w14:textId="77777777" w:rsidR="00394B86" w:rsidRDefault="00394B86">
      <w:pPr>
        <w:spacing w:line="240" w:lineRule="auto"/>
      </w:pPr>
    </w:p>
    <w:p w14:paraId="750A200F" w14:textId="77777777" w:rsidR="00394B86" w:rsidRDefault="00000000">
      <w:pPr>
        <w:keepNext/>
        <w:pageBreakBefore/>
        <w:spacing w:line="240" w:lineRule="auto"/>
        <w:jc w:val="center"/>
      </w:pPr>
      <w:r>
        <w:rPr>
          <w:rFonts w:ascii="Aptos Display" w:hAnsi="Aptos Display"/>
          <w:b/>
          <w:color w:val="243746"/>
          <w:sz w:val="46"/>
        </w:rPr>
        <w:lastRenderedPageBreak/>
        <w:t>1. WELCOME &amp; FIRST STEPS / WELKOM &amp; EERSTE STAPPE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5187"/>
      </w:tblGrid>
      <w:tr w:rsidR="00394B86" w14:paraId="19412F17" w14:textId="77777777" w:rsidTr="00DA3776">
        <w:trPr>
          <w:cantSplit/>
          <w:jc w:val="center"/>
        </w:trPr>
        <w:tc>
          <w:tcPr>
            <w:tcW w:w="5298" w:type="dxa"/>
            <w:shd w:val="clear" w:color="auto" w:fill="F3F6F4"/>
            <w:tcMar>
              <w:top w:w="140" w:type="dxa"/>
              <w:left w:w="140" w:type="dxa"/>
              <w:bottom w:w="140" w:type="dxa"/>
              <w:right w:w="140" w:type="dxa"/>
            </w:tcMar>
          </w:tcPr>
          <w:p w14:paraId="207CD191" w14:textId="77777777" w:rsidR="00394B86" w:rsidRDefault="00000000">
            <w:pPr>
              <w:spacing w:line="228" w:lineRule="auto"/>
            </w:pPr>
            <w:r>
              <w:rPr>
                <w:b/>
                <w:color w:val="6E8877"/>
              </w:rPr>
              <w:t>ENGLISH</w:t>
            </w:r>
          </w:p>
          <w:p w14:paraId="6F8073BA" w14:textId="77777777" w:rsidR="00394B86" w:rsidRDefault="00000000">
            <w:pPr>
              <w:spacing w:after="100" w:line="228" w:lineRule="auto"/>
            </w:pPr>
            <w:r>
              <w:rPr>
                <w:sz w:val="19"/>
              </w:rPr>
              <w:t>On behalf of the Board of Trustees and Management, welcome to La Provence Body Corporate. We trust that your stay will be a long and happy one.</w:t>
            </w:r>
          </w:p>
          <w:p w14:paraId="2DE48E6C" w14:textId="77777777" w:rsidR="00394B86" w:rsidRDefault="00000000">
            <w:pPr>
              <w:spacing w:after="100" w:line="228" w:lineRule="auto"/>
            </w:pPr>
            <w:r>
              <w:rPr>
                <w:sz w:val="19"/>
              </w:rPr>
              <w:t>The Conduct Rules apply to all residents, including tenants. Residents must also ensure that guests, temporary visitors, domestic workers and home-minders comply with the applicable rules.</w:t>
            </w:r>
          </w:p>
          <w:p w14:paraId="343895C9" w14:textId="77777777" w:rsidR="00394B86" w:rsidRDefault="00000000">
            <w:pPr>
              <w:spacing w:after="100" w:line="228" w:lineRule="auto"/>
            </w:pPr>
            <w:r>
              <w:rPr>
                <w:sz w:val="19"/>
              </w:rPr>
              <w:t>For correct information, please contact the Office or Manager rather than relying on informal information.</w:t>
            </w:r>
          </w:p>
        </w:tc>
        <w:tc>
          <w:tcPr>
            <w:tcW w:w="5298" w:type="dxa"/>
            <w:shd w:val="clear" w:color="auto" w:fill="F3F6F4"/>
            <w:tcMar>
              <w:top w:w="140" w:type="dxa"/>
              <w:left w:w="140" w:type="dxa"/>
              <w:bottom w:w="140" w:type="dxa"/>
              <w:right w:w="140" w:type="dxa"/>
            </w:tcMar>
          </w:tcPr>
          <w:p w14:paraId="79D6FD9B" w14:textId="77777777" w:rsidR="00394B86" w:rsidRDefault="00000000">
            <w:pPr>
              <w:spacing w:line="228" w:lineRule="auto"/>
            </w:pPr>
            <w:r>
              <w:rPr>
                <w:b/>
                <w:color w:val="6E8877"/>
              </w:rPr>
              <w:t>AFRIKAANS</w:t>
            </w:r>
          </w:p>
          <w:p w14:paraId="47CC2F59" w14:textId="77777777" w:rsidR="00394B86" w:rsidRDefault="00000000">
            <w:pPr>
              <w:spacing w:after="100" w:line="228" w:lineRule="auto"/>
            </w:pPr>
            <w:r>
              <w:rPr>
                <w:sz w:val="19"/>
              </w:rPr>
              <w:t>Namens die Raad van Trustees en Bestuur heet ons u hartlik welkom by La Provence Body Corporate. Ons vertrou dat u lank en gelukkig hier sal woon.</w:t>
            </w:r>
          </w:p>
          <w:p w14:paraId="7F4155E6" w14:textId="77777777" w:rsidR="00394B86" w:rsidRDefault="00000000">
            <w:pPr>
              <w:spacing w:after="100" w:line="228" w:lineRule="auto"/>
            </w:pPr>
            <w:r>
              <w:rPr>
                <w:sz w:val="19"/>
              </w:rPr>
              <w:t>Die Gedragsreëls geld vir alle inwoners, insluitend huurders. Inwoners moet ook toesien dat gaste, tydelike besoekers, huiswerkers en huisoppassers die toepaslike reëls nakom.</w:t>
            </w:r>
          </w:p>
          <w:p w14:paraId="08896054" w14:textId="77777777" w:rsidR="00394B86" w:rsidRDefault="00000000">
            <w:pPr>
              <w:spacing w:after="100" w:line="228" w:lineRule="auto"/>
            </w:pPr>
            <w:r>
              <w:rPr>
                <w:sz w:val="19"/>
              </w:rPr>
              <w:t>Vir korrekte inligting, kontak asseblief die Kantoor of Bestuurder eerder as om op informele inligting staat te maak.</w:t>
            </w:r>
          </w:p>
        </w:tc>
      </w:tr>
    </w:tbl>
    <w:p w14:paraId="74B83E26" w14:textId="77777777" w:rsidR="00394B86" w:rsidRDefault="00000000">
      <w:pPr>
        <w:pStyle w:val="Heading2"/>
        <w:spacing w:line="240" w:lineRule="auto"/>
      </w:pPr>
      <w:r>
        <w:t>Your first 48 hours / U eerste 48 uur</w:t>
      </w:r>
    </w:p>
    <w:p w14:paraId="5B352BDE" w14:textId="77777777" w:rsidR="00394B86" w:rsidRDefault="00000000">
      <w:pPr>
        <w:spacing w:after="60" w:line="240" w:lineRule="auto"/>
        <w:ind w:left="170" w:hanging="142"/>
      </w:pPr>
      <w:r>
        <w:rPr>
          <w:b/>
          <w:color w:val="B88C4A"/>
        </w:rPr>
        <w:t xml:space="preserve">☐ </w:t>
      </w:r>
      <w:r>
        <w:rPr>
          <w:b/>
        </w:rPr>
        <w:t>Complete and return the Resident Information Form.</w:t>
      </w:r>
      <w:r>
        <w:t xml:space="preserve"> / Voltooi en handig die Inwoner-inligtingsvorm in.</w:t>
      </w:r>
    </w:p>
    <w:p w14:paraId="21E0CB6D" w14:textId="77777777" w:rsidR="00394B86" w:rsidRDefault="00000000">
      <w:pPr>
        <w:spacing w:after="60" w:line="240" w:lineRule="auto"/>
        <w:ind w:left="170" w:hanging="142"/>
      </w:pPr>
      <w:r>
        <w:rPr>
          <w:b/>
          <w:color w:val="B88C4A"/>
        </w:rPr>
        <w:t xml:space="preserve">☐ </w:t>
      </w:r>
      <w:r>
        <w:rPr>
          <w:b/>
        </w:rPr>
        <w:t>Complete the Security &amp; Access Information Form for vehicles, regular visitors, domestic workers and caregivers.</w:t>
      </w:r>
      <w:r>
        <w:t xml:space="preserve"> / Voltooi die Sekuriteit- &amp; Toegangsinligtingsvorm vir voertuie, gereelde besoekers, huiswerkers en versorgers.</w:t>
      </w:r>
    </w:p>
    <w:p w14:paraId="47E8DE07" w14:textId="77777777" w:rsidR="00394B86" w:rsidRDefault="00000000">
      <w:pPr>
        <w:spacing w:after="60" w:line="240" w:lineRule="auto"/>
        <w:ind w:left="170" w:hanging="142"/>
      </w:pPr>
      <w:r>
        <w:rPr>
          <w:b/>
          <w:color w:val="B88C4A"/>
        </w:rPr>
        <w:t xml:space="preserve">☐ </w:t>
      </w:r>
      <w:r>
        <w:rPr>
          <w:b/>
        </w:rPr>
        <w:t>Save the Office number and after-hours emergency number in your phone.</w:t>
      </w:r>
      <w:r>
        <w:t xml:space="preserve"> / Stoor die Kantoornommer en na-ure-noodnommer op u foon.</w:t>
      </w:r>
    </w:p>
    <w:p w14:paraId="4B9A8CAE" w14:textId="77777777" w:rsidR="00394B86" w:rsidRDefault="00000000">
      <w:pPr>
        <w:spacing w:after="60" w:line="240" w:lineRule="auto"/>
        <w:ind w:left="170" w:hanging="142"/>
      </w:pPr>
      <w:r>
        <w:rPr>
          <w:b/>
          <w:color w:val="B88C4A"/>
        </w:rPr>
        <w:t xml:space="preserve">☐ </w:t>
      </w:r>
      <w:r>
        <w:rPr>
          <w:b/>
        </w:rPr>
        <w:t>Read the ‘Important Rules at a Glance’ page, then read the full approved Conduct Rules supplied with the pack.</w:t>
      </w:r>
      <w:r>
        <w:t xml:space="preserve"> / Lees die blad ‘Belangrikste Reëls in ’n Oogopslag’ en lees daarna die volledige goedgekeurde Gedragsreëls wat saam met die pakket voorsien word.</w:t>
      </w:r>
    </w:p>
    <w:p w14:paraId="0313DCC3" w14:textId="77777777" w:rsidR="00394B86" w:rsidRDefault="00000000">
      <w:pPr>
        <w:spacing w:after="60" w:line="240" w:lineRule="auto"/>
        <w:ind w:left="170" w:hanging="142"/>
      </w:pPr>
      <w:r>
        <w:rPr>
          <w:b/>
          <w:color w:val="B88C4A"/>
        </w:rPr>
        <w:t xml:space="preserve">☐ </w:t>
      </w:r>
      <w:r>
        <w:rPr>
          <w:b/>
        </w:rPr>
        <w:t>Owners should give Management a copy of the Title Deed.</w:t>
      </w:r>
      <w:r>
        <w:t xml:space="preserve"> / Eienaars moet ’n afskrif van die Titelakte aan Bestuur verskaf.</w:t>
      </w:r>
    </w:p>
    <w:p w14:paraId="2C08C762" w14:textId="77777777" w:rsidR="00394B86" w:rsidRDefault="00000000">
      <w:pPr>
        <w:spacing w:after="60" w:line="240" w:lineRule="auto"/>
        <w:ind w:left="170" w:hanging="142"/>
      </w:pPr>
      <w:r>
        <w:rPr>
          <w:b/>
          <w:color w:val="B88C4A"/>
        </w:rPr>
        <w:t xml:space="preserve">☐ </w:t>
      </w:r>
      <w:r>
        <w:rPr>
          <w:b/>
        </w:rPr>
        <w:t>Provide duplicate external-door/security-gate keys to the Manager for emergency safekeeping.</w:t>
      </w:r>
      <w:r>
        <w:t xml:space="preserve"> / Voorsien duplikaatsleutels vir buitedeure/sekuriteitshekke aan die Bestuurder vir noodbewaring.</w:t>
      </w:r>
    </w:p>
    <w:p w14:paraId="67D5CA53" w14:textId="77777777" w:rsidR="00394B86" w:rsidRDefault="00394B86">
      <w:pPr>
        <w:spacing w:line="240" w:lineRule="auto"/>
      </w:pPr>
    </w:p>
    <w:p w14:paraId="0FBFCD30" w14:textId="77777777" w:rsidR="00394B86" w:rsidRDefault="00000000">
      <w:pPr>
        <w:keepNext/>
        <w:pageBreakBefore/>
        <w:spacing w:line="240" w:lineRule="auto"/>
        <w:jc w:val="center"/>
      </w:pPr>
      <w:r>
        <w:rPr>
          <w:rFonts w:ascii="Aptos Display" w:hAnsi="Aptos Display"/>
          <w:b/>
          <w:color w:val="243746"/>
          <w:sz w:val="46"/>
        </w:rPr>
        <w:lastRenderedPageBreak/>
        <w:t>2. IMPORTANT RULES AT A GLANCE / BELANGRIKSTE REËLS IN ’N OOGOPSLAG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276"/>
        <w:gridCol w:w="4961"/>
        <w:gridCol w:w="5098"/>
        <w:gridCol w:w="31"/>
      </w:tblGrid>
      <w:tr w:rsidR="00394B86" w14:paraId="42B2D163" w14:textId="77777777" w:rsidTr="00DA3776">
        <w:trPr>
          <w:gridAfter w:val="1"/>
          <w:wAfter w:w="31" w:type="dxa"/>
          <w:cantSplit/>
          <w:jc w:val="center"/>
        </w:trPr>
        <w:tc>
          <w:tcPr>
            <w:tcW w:w="10341" w:type="dxa"/>
            <w:gridSpan w:val="4"/>
            <w:shd w:val="clear" w:color="auto" w:fill="FBF6EC"/>
            <w:tcMar>
              <w:top w:w="130" w:type="dxa"/>
              <w:left w:w="140" w:type="dxa"/>
              <w:bottom w:w="130" w:type="dxa"/>
              <w:right w:w="140" w:type="dxa"/>
            </w:tcMar>
          </w:tcPr>
          <w:p w14:paraId="4C2F67A7" w14:textId="77777777" w:rsidR="00394B86" w:rsidRDefault="00000000">
            <w:pPr>
              <w:spacing w:line="228" w:lineRule="auto"/>
            </w:pPr>
            <w:r>
              <w:rPr>
                <w:b/>
                <w:color w:val="B88C4A"/>
              </w:rPr>
              <w:t>READ THIS PAGE FIRST / LEES HIERDIE BLAD EERSTE</w:t>
            </w:r>
          </w:p>
          <w:p w14:paraId="51A85ADE" w14:textId="77777777" w:rsidR="00394B86" w:rsidRDefault="00000000">
            <w:pPr>
              <w:spacing w:after="0" w:line="228" w:lineRule="auto"/>
            </w:pPr>
            <w:r>
              <w:rPr>
                <w:sz w:val="19"/>
              </w:rPr>
              <w:t>This is a quick-reference summary only. The full approved Conduct Rules and applicable Management Rules remain binding. / Hierdie is slegs ’n vinnige verwysingsopsomming. Die volledige goedgekeurde Gedragsreëls en toepaslike Bestuursreëls bly bindend.</w:t>
            </w:r>
          </w:p>
        </w:tc>
      </w:tr>
      <w:tr w:rsidR="00394B86" w14:paraId="5BDCE82D" w14:textId="77777777" w:rsidTr="00DA3776">
        <w:trPr>
          <w:gridBefore w:val="1"/>
          <w:wBefore w:w="6" w:type="dxa"/>
          <w:cantSplit/>
          <w:jc w:val="center"/>
        </w:trPr>
        <w:tc>
          <w:tcPr>
            <w:tcW w:w="276" w:type="dxa"/>
            <w:shd w:val="clear" w:color="auto" w:fill="B44E4E"/>
          </w:tcPr>
          <w:p w14:paraId="61179B87" w14:textId="081325F0" w:rsidR="00394B86" w:rsidRDefault="00394B86">
            <w:pPr>
              <w:spacing w:after="0" w:line="228" w:lineRule="auto"/>
            </w:pPr>
          </w:p>
        </w:tc>
        <w:tc>
          <w:tcPr>
            <w:tcW w:w="4961" w:type="dxa"/>
            <w:shd w:val="clear" w:color="auto" w:fill="243746"/>
          </w:tcPr>
          <w:p w14:paraId="61B67EB4" w14:textId="77777777" w:rsidR="00394B86" w:rsidRDefault="00000000">
            <w:pPr>
              <w:spacing w:after="0" w:line="228" w:lineRule="auto"/>
            </w:pPr>
            <w:r>
              <w:rPr>
                <w:b/>
                <w:color w:val="FFFFFF"/>
                <w:sz w:val="19"/>
              </w:rPr>
              <w:t>English</w:t>
            </w:r>
          </w:p>
        </w:tc>
        <w:tc>
          <w:tcPr>
            <w:tcW w:w="5129" w:type="dxa"/>
            <w:gridSpan w:val="2"/>
            <w:shd w:val="clear" w:color="auto" w:fill="243746"/>
          </w:tcPr>
          <w:p w14:paraId="3127B87A" w14:textId="77777777" w:rsidR="00394B86" w:rsidRDefault="00000000">
            <w:pPr>
              <w:spacing w:after="0" w:line="228" w:lineRule="auto"/>
            </w:pPr>
            <w:r>
              <w:rPr>
                <w:b/>
                <w:color w:val="FFFFFF"/>
                <w:sz w:val="19"/>
              </w:rPr>
              <w:t>Afrikaans</w:t>
            </w:r>
          </w:p>
        </w:tc>
      </w:tr>
      <w:tr w:rsidR="00394B86" w14:paraId="0339209E" w14:textId="77777777" w:rsidTr="00DA3776">
        <w:trPr>
          <w:gridBefore w:val="1"/>
          <w:wBefore w:w="6" w:type="dxa"/>
          <w:cantSplit/>
          <w:jc w:val="center"/>
        </w:trPr>
        <w:tc>
          <w:tcPr>
            <w:tcW w:w="276" w:type="dxa"/>
            <w:tcMar>
              <w:top w:w="60" w:type="dxa"/>
              <w:left w:w="70" w:type="dxa"/>
              <w:bottom w:w="60" w:type="dxa"/>
              <w:right w:w="70" w:type="dxa"/>
            </w:tcMar>
          </w:tcPr>
          <w:p w14:paraId="44C3E79B"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2A98F64F" w14:textId="77777777" w:rsidR="00394B86" w:rsidRDefault="00000000">
            <w:pPr>
              <w:spacing w:after="0" w:line="228" w:lineRule="auto"/>
            </w:pPr>
            <w:r>
              <w:rPr>
                <w:sz w:val="19"/>
              </w:rPr>
              <w:t>20 km/h speed limit. Do not obstruct garages or entrances; avoid parking on lawns.</w:t>
            </w:r>
          </w:p>
        </w:tc>
        <w:tc>
          <w:tcPr>
            <w:tcW w:w="5129" w:type="dxa"/>
            <w:gridSpan w:val="2"/>
            <w:tcMar>
              <w:top w:w="60" w:type="dxa"/>
              <w:left w:w="70" w:type="dxa"/>
              <w:bottom w:w="60" w:type="dxa"/>
              <w:right w:w="70" w:type="dxa"/>
            </w:tcMar>
          </w:tcPr>
          <w:p w14:paraId="492DF5BD" w14:textId="77777777" w:rsidR="00394B86" w:rsidRDefault="00000000">
            <w:pPr>
              <w:spacing w:after="0" w:line="228" w:lineRule="auto"/>
            </w:pPr>
            <w:r>
              <w:rPr>
                <w:sz w:val="19"/>
              </w:rPr>
              <w:t>20 km/h-spoedbeperking. Moenie motorhuise of ingange versper nie; vermy parkering op grasperke.</w:t>
            </w:r>
          </w:p>
        </w:tc>
      </w:tr>
      <w:tr w:rsidR="00394B86" w14:paraId="42B2B91A" w14:textId="77777777" w:rsidTr="00DA3776">
        <w:trPr>
          <w:gridBefore w:val="1"/>
          <w:wBefore w:w="6" w:type="dxa"/>
          <w:cantSplit/>
          <w:jc w:val="center"/>
        </w:trPr>
        <w:tc>
          <w:tcPr>
            <w:tcW w:w="276" w:type="dxa"/>
            <w:tcMar>
              <w:top w:w="60" w:type="dxa"/>
              <w:left w:w="70" w:type="dxa"/>
              <w:bottom w:w="60" w:type="dxa"/>
              <w:right w:w="70" w:type="dxa"/>
            </w:tcMar>
          </w:tcPr>
          <w:p w14:paraId="41A4EF6B"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6F81A12E" w14:textId="77777777" w:rsidR="00394B86" w:rsidRDefault="00000000">
            <w:pPr>
              <w:spacing w:after="0" w:line="228" w:lineRule="auto"/>
            </w:pPr>
            <w:r>
              <w:rPr>
                <w:sz w:val="19"/>
              </w:rPr>
              <w:t>Respect quiet, especially at night and after the midday meal.</w:t>
            </w:r>
          </w:p>
        </w:tc>
        <w:tc>
          <w:tcPr>
            <w:tcW w:w="5129" w:type="dxa"/>
            <w:gridSpan w:val="2"/>
            <w:tcMar>
              <w:top w:w="60" w:type="dxa"/>
              <w:left w:w="70" w:type="dxa"/>
              <w:bottom w:w="60" w:type="dxa"/>
              <w:right w:w="70" w:type="dxa"/>
            </w:tcMar>
          </w:tcPr>
          <w:p w14:paraId="5B11533A" w14:textId="77777777" w:rsidR="00394B86" w:rsidRDefault="00000000">
            <w:pPr>
              <w:spacing w:after="0" w:line="228" w:lineRule="auto"/>
            </w:pPr>
            <w:r>
              <w:rPr>
                <w:sz w:val="19"/>
              </w:rPr>
              <w:t>Respekteer stilte, veral snags en ná die middagmaal.</w:t>
            </w:r>
          </w:p>
        </w:tc>
      </w:tr>
      <w:tr w:rsidR="00394B86" w14:paraId="7FBD1057" w14:textId="77777777" w:rsidTr="00DA3776">
        <w:trPr>
          <w:gridBefore w:val="1"/>
          <w:wBefore w:w="6" w:type="dxa"/>
          <w:cantSplit/>
          <w:jc w:val="center"/>
        </w:trPr>
        <w:tc>
          <w:tcPr>
            <w:tcW w:w="276" w:type="dxa"/>
            <w:tcMar>
              <w:top w:w="60" w:type="dxa"/>
              <w:left w:w="70" w:type="dxa"/>
              <w:bottom w:w="60" w:type="dxa"/>
              <w:right w:w="70" w:type="dxa"/>
            </w:tcMar>
          </w:tcPr>
          <w:p w14:paraId="5D73FCE6"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45B9F752" w14:textId="77777777" w:rsidR="00394B86" w:rsidRDefault="00000000">
            <w:pPr>
              <w:spacing w:after="0" w:line="228" w:lineRule="auto"/>
            </w:pPr>
            <w:r>
              <w:rPr>
                <w:sz w:val="19"/>
              </w:rPr>
              <w:t>Pets require written Trustee permission. Dogs must be on a leash on common property.</w:t>
            </w:r>
          </w:p>
        </w:tc>
        <w:tc>
          <w:tcPr>
            <w:tcW w:w="5129" w:type="dxa"/>
            <w:gridSpan w:val="2"/>
            <w:tcMar>
              <w:top w:w="60" w:type="dxa"/>
              <w:left w:w="70" w:type="dxa"/>
              <w:bottom w:w="60" w:type="dxa"/>
              <w:right w:w="70" w:type="dxa"/>
            </w:tcMar>
          </w:tcPr>
          <w:p w14:paraId="0A51D09F" w14:textId="77777777" w:rsidR="00394B86" w:rsidRDefault="00000000">
            <w:pPr>
              <w:spacing w:after="0" w:line="228" w:lineRule="auto"/>
            </w:pPr>
            <w:r>
              <w:rPr>
                <w:sz w:val="19"/>
              </w:rPr>
              <w:t>Troeteldiere vereis skriftelike Trustee-toestemming. Honde moet aan ’n leiband wees op gemeenskaplike eiendom.</w:t>
            </w:r>
          </w:p>
        </w:tc>
      </w:tr>
      <w:tr w:rsidR="00394B86" w14:paraId="36ED4055" w14:textId="77777777" w:rsidTr="00DA3776">
        <w:trPr>
          <w:gridBefore w:val="1"/>
          <w:wBefore w:w="6" w:type="dxa"/>
          <w:cantSplit/>
          <w:jc w:val="center"/>
        </w:trPr>
        <w:tc>
          <w:tcPr>
            <w:tcW w:w="276" w:type="dxa"/>
            <w:tcMar>
              <w:top w:w="60" w:type="dxa"/>
              <w:left w:w="70" w:type="dxa"/>
              <w:bottom w:w="60" w:type="dxa"/>
              <w:right w:w="70" w:type="dxa"/>
            </w:tcMar>
          </w:tcPr>
          <w:p w14:paraId="1328DCBC"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21A8C6FB" w14:textId="77777777" w:rsidR="00394B86" w:rsidRDefault="00000000">
            <w:pPr>
              <w:spacing w:after="0" w:line="228" w:lineRule="auto"/>
            </w:pPr>
            <w:r>
              <w:rPr>
                <w:sz w:val="19"/>
              </w:rPr>
              <w:t>No exterior alteration, extension or addition without prior Board approval.</w:t>
            </w:r>
          </w:p>
        </w:tc>
        <w:tc>
          <w:tcPr>
            <w:tcW w:w="5129" w:type="dxa"/>
            <w:gridSpan w:val="2"/>
            <w:tcMar>
              <w:top w:w="60" w:type="dxa"/>
              <w:left w:w="70" w:type="dxa"/>
              <w:bottom w:w="60" w:type="dxa"/>
              <w:right w:w="70" w:type="dxa"/>
            </w:tcMar>
          </w:tcPr>
          <w:p w14:paraId="62E644E0" w14:textId="77777777" w:rsidR="00394B86" w:rsidRDefault="00000000">
            <w:pPr>
              <w:spacing w:after="0" w:line="228" w:lineRule="auto"/>
            </w:pPr>
            <w:r>
              <w:rPr>
                <w:sz w:val="19"/>
              </w:rPr>
              <w:t>Geen buiteverandering, aanbouing of toevoeging sonder vooraf Raad-goedkeuring nie.</w:t>
            </w:r>
          </w:p>
        </w:tc>
      </w:tr>
      <w:tr w:rsidR="00394B86" w14:paraId="7B8DC4B1" w14:textId="77777777" w:rsidTr="00DA3776">
        <w:trPr>
          <w:gridBefore w:val="1"/>
          <w:wBefore w:w="6" w:type="dxa"/>
          <w:cantSplit/>
          <w:jc w:val="center"/>
        </w:trPr>
        <w:tc>
          <w:tcPr>
            <w:tcW w:w="276" w:type="dxa"/>
            <w:tcMar>
              <w:top w:w="60" w:type="dxa"/>
              <w:left w:w="70" w:type="dxa"/>
              <w:bottom w:w="60" w:type="dxa"/>
              <w:right w:w="70" w:type="dxa"/>
            </w:tcMar>
          </w:tcPr>
          <w:p w14:paraId="46C9D97D"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48A97DBB" w14:textId="77777777" w:rsidR="00394B86" w:rsidRDefault="00000000">
            <w:pPr>
              <w:spacing w:after="0" w:line="228" w:lineRule="auto"/>
            </w:pPr>
            <w:r>
              <w:rPr>
                <w:sz w:val="19"/>
              </w:rPr>
              <w:t>Domestic workers must be approved and registered at the Office.</w:t>
            </w:r>
          </w:p>
        </w:tc>
        <w:tc>
          <w:tcPr>
            <w:tcW w:w="5129" w:type="dxa"/>
            <w:gridSpan w:val="2"/>
            <w:tcMar>
              <w:top w:w="60" w:type="dxa"/>
              <w:left w:w="70" w:type="dxa"/>
              <w:bottom w:w="60" w:type="dxa"/>
              <w:right w:w="70" w:type="dxa"/>
            </w:tcMar>
          </w:tcPr>
          <w:p w14:paraId="2949494C" w14:textId="77777777" w:rsidR="00394B86" w:rsidRDefault="00000000">
            <w:pPr>
              <w:spacing w:after="0" w:line="228" w:lineRule="auto"/>
            </w:pPr>
            <w:r>
              <w:rPr>
                <w:sz w:val="19"/>
              </w:rPr>
              <w:t>Huiswerkers moet goedgekeur en by die Kantoor geregistreer word.</w:t>
            </w:r>
          </w:p>
        </w:tc>
      </w:tr>
      <w:tr w:rsidR="00394B86" w14:paraId="1F0590A8" w14:textId="77777777" w:rsidTr="00DA3776">
        <w:trPr>
          <w:gridBefore w:val="1"/>
          <w:wBefore w:w="6" w:type="dxa"/>
          <w:cantSplit/>
          <w:jc w:val="center"/>
        </w:trPr>
        <w:tc>
          <w:tcPr>
            <w:tcW w:w="276" w:type="dxa"/>
            <w:tcMar>
              <w:top w:w="60" w:type="dxa"/>
              <w:left w:w="70" w:type="dxa"/>
              <w:bottom w:w="60" w:type="dxa"/>
              <w:right w:w="70" w:type="dxa"/>
            </w:tcMar>
          </w:tcPr>
          <w:p w14:paraId="08BFC393"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3FBE88E3" w14:textId="77777777" w:rsidR="00394B86" w:rsidRDefault="00000000">
            <w:pPr>
              <w:spacing w:after="0" w:line="228" w:lineRule="auto"/>
            </w:pPr>
            <w:r>
              <w:rPr>
                <w:sz w:val="19"/>
              </w:rPr>
              <w:t>Use tied refuse bags. No dumping on common property.</w:t>
            </w:r>
          </w:p>
        </w:tc>
        <w:tc>
          <w:tcPr>
            <w:tcW w:w="5129" w:type="dxa"/>
            <w:gridSpan w:val="2"/>
            <w:tcMar>
              <w:top w:w="60" w:type="dxa"/>
              <w:left w:w="70" w:type="dxa"/>
              <w:bottom w:w="60" w:type="dxa"/>
              <w:right w:w="70" w:type="dxa"/>
            </w:tcMar>
          </w:tcPr>
          <w:p w14:paraId="0B9645EF" w14:textId="77777777" w:rsidR="00394B86" w:rsidRDefault="00000000">
            <w:pPr>
              <w:spacing w:after="0" w:line="228" w:lineRule="auto"/>
            </w:pPr>
            <w:r>
              <w:rPr>
                <w:sz w:val="19"/>
              </w:rPr>
              <w:t>Gebruik toegebinde vullissakke. Geen storting op gemeenskaplike eiendom nie.</w:t>
            </w:r>
          </w:p>
        </w:tc>
      </w:tr>
      <w:tr w:rsidR="00394B86" w14:paraId="202104B0" w14:textId="77777777" w:rsidTr="00DA3776">
        <w:trPr>
          <w:gridBefore w:val="1"/>
          <w:wBefore w:w="6" w:type="dxa"/>
          <w:cantSplit/>
          <w:jc w:val="center"/>
        </w:trPr>
        <w:tc>
          <w:tcPr>
            <w:tcW w:w="276" w:type="dxa"/>
            <w:tcMar>
              <w:top w:w="60" w:type="dxa"/>
              <w:left w:w="70" w:type="dxa"/>
              <w:bottom w:w="60" w:type="dxa"/>
              <w:right w:w="70" w:type="dxa"/>
            </w:tcMar>
          </w:tcPr>
          <w:p w14:paraId="338B44AA"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00D5FA1D" w14:textId="77777777" w:rsidR="00394B86" w:rsidRDefault="00000000">
            <w:pPr>
              <w:spacing w:after="0" w:line="228" w:lineRule="auto"/>
            </w:pPr>
            <w:r>
              <w:rPr>
                <w:sz w:val="19"/>
              </w:rPr>
              <w:t>Accounts for levies, electricity and meal coupons must be settled before the 10th of the month.</w:t>
            </w:r>
          </w:p>
        </w:tc>
        <w:tc>
          <w:tcPr>
            <w:tcW w:w="5129" w:type="dxa"/>
            <w:gridSpan w:val="2"/>
            <w:tcMar>
              <w:top w:w="60" w:type="dxa"/>
              <w:left w:w="70" w:type="dxa"/>
              <w:bottom w:w="60" w:type="dxa"/>
              <w:right w:w="70" w:type="dxa"/>
            </w:tcMar>
          </w:tcPr>
          <w:p w14:paraId="2BE8E189" w14:textId="77777777" w:rsidR="00394B86" w:rsidRDefault="00000000">
            <w:pPr>
              <w:spacing w:after="0" w:line="228" w:lineRule="auto"/>
            </w:pPr>
            <w:r>
              <w:rPr>
                <w:sz w:val="19"/>
              </w:rPr>
              <w:t>Rekeninge vir heffings, elektrisiteit en etekoepons moet voor die 10de van die maand vereffen word.</w:t>
            </w:r>
          </w:p>
        </w:tc>
      </w:tr>
      <w:tr w:rsidR="00394B86" w14:paraId="350E1179" w14:textId="77777777" w:rsidTr="00DA3776">
        <w:trPr>
          <w:gridBefore w:val="1"/>
          <w:wBefore w:w="6" w:type="dxa"/>
          <w:cantSplit/>
          <w:jc w:val="center"/>
        </w:trPr>
        <w:tc>
          <w:tcPr>
            <w:tcW w:w="276" w:type="dxa"/>
            <w:tcMar>
              <w:top w:w="60" w:type="dxa"/>
              <w:left w:w="70" w:type="dxa"/>
              <w:bottom w:w="60" w:type="dxa"/>
              <w:right w:w="70" w:type="dxa"/>
            </w:tcMar>
          </w:tcPr>
          <w:p w14:paraId="2DBD9098"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5C60DF56" w14:textId="77777777" w:rsidR="00394B86" w:rsidRDefault="00000000">
            <w:pPr>
              <w:spacing w:after="0" w:line="228" w:lineRule="auto"/>
            </w:pPr>
            <w:r>
              <w:rPr>
                <w:sz w:val="19"/>
              </w:rPr>
              <w:t>While the restaurant is managed by an outside contractor, at least 6 meal coupons per resident per month are compulsory (excluding Sunday meals).</w:t>
            </w:r>
          </w:p>
        </w:tc>
        <w:tc>
          <w:tcPr>
            <w:tcW w:w="5129" w:type="dxa"/>
            <w:gridSpan w:val="2"/>
            <w:tcMar>
              <w:top w:w="60" w:type="dxa"/>
              <w:left w:w="70" w:type="dxa"/>
              <w:bottom w:w="60" w:type="dxa"/>
              <w:right w:w="70" w:type="dxa"/>
            </w:tcMar>
          </w:tcPr>
          <w:p w14:paraId="0B64CCB6" w14:textId="77777777" w:rsidR="00394B86" w:rsidRDefault="00000000">
            <w:pPr>
              <w:spacing w:after="0" w:line="228" w:lineRule="auto"/>
            </w:pPr>
            <w:r>
              <w:rPr>
                <w:sz w:val="19"/>
              </w:rPr>
              <w:t>Terwyl die restaurant deur ’n buitekontrakteur bestuur word, is minstens 6 etekoepons per inwoner per maand verpligtend (Sondagmaaltye uitgesluit).</w:t>
            </w:r>
          </w:p>
        </w:tc>
      </w:tr>
      <w:tr w:rsidR="00394B86" w14:paraId="6DFB923C" w14:textId="77777777" w:rsidTr="00DA3776">
        <w:trPr>
          <w:gridBefore w:val="1"/>
          <w:wBefore w:w="6" w:type="dxa"/>
          <w:cantSplit/>
          <w:jc w:val="center"/>
        </w:trPr>
        <w:tc>
          <w:tcPr>
            <w:tcW w:w="276" w:type="dxa"/>
            <w:tcMar>
              <w:top w:w="60" w:type="dxa"/>
              <w:left w:w="70" w:type="dxa"/>
              <w:bottom w:w="60" w:type="dxa"/>
              <w:right w:w="70" w:type="dxa"/>
            </w:tcMar>
          </w:tcPr>
          <w:p w14:paraId="77C12100"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471BF93B" w14:textId="77777777" w:rsidR="00394B86" w:rsidRDefault="00000000">
            <w:pPr>
              <w:spacing w:after="0" w:line="228" w:lineRule="auto"/>
            </w:pPr>
            <w:r>
              <w:rPr>
                <w:sz w:val="19"/>
              </w:rPr>
              <w:t>Advise the Manager and immediate neighbours before an extended absence.</w:t>
            </w:r>
          </w:p>
        </w:tc>
        <w:tc>
          <w:tcPr>
            <w:tcW w:w="5129" w:type="dxa"/>
            <w:gridSpan w:val="2"/>
            <w:tcMar>
              <w:top w:w="60" w:type="dxa"/>
              <w:left w:w="70" w:type="dxa"/>
              <w:bottom w:w="60" w:type="dxa"/>
              <w:right w:w="70" w:type="dxa"/>
            </w:tcMar>
          </w:tcPr>
          <w:p w14:paraId="17352C92" w14:textId="77777777" w:rsidR="00394B86" w:rsidRDefault="00000000">
            <w:pPr>
              <w:spacing w:after="0" w:line="228" w:lineRule="auto"/>
            </w:pPr>
            <w:r>
              <w:rPr>
                <w:sz w:val="19"/>
              </w:rPr>
              <w:t>Stel die Bestuurder en onmiddellike bure in kennis voor ’n lang afwesigheid.</w:t>
            </w:r>
          </w:p>
        </w:tc>
      </w:tr>
      <w:tr w:rsidR="00394B86" w14:paraId="5B1429D7" w14:textId="77777777" w:rsidTr="00DA3776">
        <w:trPr>
          <w:gridBefore w:val="1"/>
          <w:wBefore w:w="6" w:type="dxa"/>
          <w:cantSplit/>
          <w:jc w:val="center"/>
        </w:trPr>
        <w:tc>
          <w:tcPr>
            <w:tcW w:w="276" w:type="dxa"/>
            <w:tcMar>
              <w:top w:w="60" w:type="dxa"/>
              <w:left w:w="70" w:type="dxa"/>
              <w:bottom w:w="60" w:type="dxa"/>
              <w:right w:w="70" w:type="dxa"/>
            </w:tcMar>
          </w:tcPr>
          <w:p w14:paraId="672606A6"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38D9FC13" w14:textId="77777777" w:rsidR="00394B86" w:rsidRDefault="00000000">
            <w:pPr>
              <w:spacing w:after="0" w:line="228" w:lineRule="auto"/>
            </w:pPr>
            <w:r>
              <w:rPr>
                <w:sz w:val="19"/>
              </w:rPr>
              <w:t>No washing lines on common property; washing may not be displayed unsightly.</w:t>
            </w:r>
          </w:p>
        </w:tc>
        <w:tc>
          <w:tcPr>
            <w:tcW w:w="5129" w:type="dxa"/>
            <w:gridSpan w:val="2"/>
            <w:tcMar>
              <w:top w:w="60" w:type="dxa"/>
              <w:left w:w="70" w:type="dxa"/>
              <w:bottom w:w="60" w:type="dxa"/>
              <w:right w:w="70" w:type="dxa"/>
            </w:tcMar>
          </w:tcPr>
          <w:p w14:paraId="1DA842B7" w14:textId="77777777" w:rsidR="00394B86" w:rsidRDefault="00000000">
            <w:pPr>
              <w:spacing w:after="0" w:line="228" w:lineRule="auto"/>
            </w:pPr>
            <w:r>
              <w:rPr>
                <w:sz w:val="19"/>
              </w:rPr>
              <w:t>Geen waslyne op gemeenskaplike eiendom nie; wasgoed mag nie onooglik vertoon word nie.</w:t>
            </w:r>
          </w:p>
        </w:tc>
      </w:tr>
      <w:tr w:rsidR="00394B86" w14:paraId="40816CF2" w14:textId="77777777" w:rsidTr="00DA3776">
        <w:trPr>
          <w:gridBefore w:val="1"/>
          <w:wBefore w:w="6" w:type="dxa"/>
          <w:cantSplit/>
          <w:jc w:val="center"/>
        </w:trPr>
        <w:tc>
          <w:tcPr>
            <w:tcW w:w="276" w:type="dxa"/>
            <w:tcMar>
              <w:top w:w="60" w:type="dxa"/>
              <w:left w:w="70" w:type="dxa"/>
              <w:bottom w:w="60" w:type="dxa"/>
              <w:right w:w="70" w:type="dxa"/>
            </w:tcMar>
          </w:tcPr>
          <w:p w14:paraId="2F960243"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28E1800F" w14:textId="77777777" w:rsidR="00394B86" w:rsidRDefault="00000000">
            <w:pPr>
              <w:spacing w:after="0" w:line="228" w:lineRule="auto"/>
            </w:pPr>
            <w:r>
              <w:rPr>
                <w:sz w:val="19"/>
              </w:rPr>
              <w:t>Residents are responsible for the conduct of their guests, visitors, domestic workers and home-minders.</w:t>
            </w:r>
          </w:p>
        </w:tc>
        <w:tc>
          <w:tcPr>
            <w:tcW w:w="5129" w:type="dxa"/>
            <w:gridSpan w:val="2"/>
            <w:tcMar>
              <w:top w:w="60" w:type="dxa"/>
              <w:left w:w="70" w:type="dxa"/>
              <w:bottom w:w="60" w:type="dxa"/>
              <w:right w:w="70" w:type="dxa"/>
            </w:tcMar>
          </w:tcPr>
          <w:p w14:paraId="6DFA905F" w14:textId="77777777" w:rsidR="00394B86" w:rsidRDefault="00000000">
            <w:pPr>
              <w:spacing w:after="0" w:line="228" w:lineRule="auto"/>
            </w:pPr>
            <w:r>
              <w:rPr>
                <w:sz w:val="19"/>
              </w:rPr>
              <w:t>Inwoners is verantwoordelik vir die gedrag van hul gaste, besoekers, huiswerkers en huisoppassers.</w:t>
            </w:r>
          </w:p>
        </w:tc>
      </w:tr>
      <w:tr w:rsidR="00394B86" w14:paraId="0CFD6CDA" w14:textId="77777777" w:rsidTr="00DA3776">
        <w:trPr>
          <w:gridBefore w:val="1"/>
          <w:wBefore w:w="6" w:type="dxa"/>
          <w:cantSplit/>
          <w:jc w:val="center"/>
        </w:trPr>
        <w:tc>
          <w:tcPr>
            <w:tcW w:w="276" w:type="dxa"/>
            <w:tcMar>
              <w:top w:w="60" w:type="dxa"/>
              <w:left w:w="70" w:type="dxa"/>
              <w:bottom w:w="60" w:type="dxa"/>
              <w:right w:w="70" w:type="dxa"/>
            </w:tcMar>
          </w:tcPr>
          <w:p w14:paraId="403D5110" w14:textId="77777777" w:rsidR="00394B86" w:rsidRDefault="00000000">
            <w:pPr>
              <w:spacing w:after="0" w:line="228" w:lineRule="auto"/>
              <w:jc w:val="center"/>
            </w:pPr>
            <w:r>
              <w:rPr>
                <w:sz w:val="19"/>
              </w:rPr>
              <w:t>•</w:t>
            </w:r>
          </w:p>
        </w:tc>
        <w:tc>
          <w:tcPr>
            <w:tcW w:w="4961" w:type="dxa"/>
            <w:tcMar>
              <w:top w:w="60" w:type="dxa"/>
              <w:left w:w="70" w:type="dxa"/>
              <w:bottom w:w="60" w:type="dxa"/>
              <w:right w:w="70" w:type="dxa"/>
            </w:tcMar>
          </w:tcPr>
          <w:p w14:paraId="0B5BA1CA" w14:textId="77777777" w:rsidR="00394B86" w:rsidRDefault="00000000">
            <w:pPr>
              <w:spacing w:after="0" w:line="228" w:lineRule="auto"/>
            </w:pPr>
            <w:r>
              <w:rPr>
                <w:sz w:val="19"/>
              </w:rPr>
              <w:t>Do not tamper with communal electrical equipment. Electrical repairs must be done by a registered electrician.</w:t>
            </w:r>
          </w:p>
        </w:tc>
        <w:tc>
          <w:tcPr>
            <w:tcW w:w="5129" w:type="dxa"/>
            <w:gridSpan w:val="2"/>
            <w:tcMar>
              <w:top w:w="60" w:type="dxa"/>
              <w:left w:w="70" w:type="dxa"/>
              <w:bottom w:w="60" w:type="dxa"/>
              <w:right w:w="70" w:type="dxa"/>
            </w:tcMar>
          </w:tcPr>
          <w:p w14:paraId="555A8717" w14:textId="77777777" w:rsidR="00394B86" w:rsidRDefault="00000000">
            <w:pPr>
              <w:spacing w:after="0" w:line="228" w:lineRule="auto"/>
            </w:pPr>
            <w:r>
              <w:rPr>
                <w:sz w:val="19"/>
              </w:rPr>
              <w:t>Moenie aan gemeenskaplike elektriese toerusting peuter nie. Elektriese herstelwerk moet deur ’n geregistreerde elektrisiën gedoen word.</w:t>
            </w:r>
          </w:p>
        </w:tc>
      </w:tr>
    </w:tbl>
    <w:p w14:paraId="7145A575" w14:textId="77777777" w:rsidR="00394B86" w:rsidRDefault="00394B86">
      <w:pPr>
        <w:spacing w:line="240" w:lineRule="auto"/>
      </w:pPr>
    </w:p>
    <w:p w14:paraId="17E97789" w14:textId="77777777" w:rsidR="00394B86" w:rsidRDefault="00000000">
      <w:pPr>
        <w:keepNext/>
        <w:pageBreakBefore/>
        <w:spacing w:line="240" w:lineRule="auto"/>
        <w:jc w:val="center"/>
      </w:pPr>
      <w:r>
        <w:rPr>
          <w:rFonts w:ascii="Aptos Display" w:hAnsi="Aptos Display"/>
          <w:b/>
          <w:color w:val="243746"/>
          <w:sz w:val="46"/>
        </w:rPr>
        <w:lastRenderedPageBreak/>
        <w:t>3. QUICK CONTACTS &amp; EVERYDAY LIVING / VINNIGE KONTAKTE &amp; DAAGLIKSE LEWE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3467"/>
        <w:gridCol w:w="3429"/>
      </w:tblGrid>
      <w:tr w:rsidR="00394B86" w14:paraId="656E78E9" w14:textId="77777777" w:rsidTr="00DA3776">
        <w:trPr>
          <w:cantSplit/>
          <w:jc w:val="center"/>
        </w:trPr>
        <w:tc>
          <w:tcPr>
            <w:tcW w:w="3532" w:type="dxa"/>
            <w:shd w:val="clear" w:color="auto" w:fill="243746"/>
          </w:tcPr>
          <w:p w14:paraId="729B8A53" w14:textId="77777777" w:rsidR="00394B86" w:rsidRDefault="00000000">
            <w:pPr>
              <w:spacing w:line="228" w:lineRule="auto"/>
            </w:pPr>
            <w:r>
              <w:rPr>
                <w:b/>
                <w:color w:val="FFFFFF"/>
                <w:sz w:val="19"/>
              </w:rPr>
              <w:t>Service / Diens</w:t>
            </w:r>
          </w:p>
        </w:tc>
        <w:tc>
          <w:tcPr>
            <w:tcW w:w="3532" w:type="dxa"/>
            <w:shd w:val="clear" w:color="auto" w:fill="243746"/>
          </w:tcPr>
          <w:p w14:paraId="54167DE6" w14:textId="77777777" w:rsidR="00394B86" w:rsidRDefault="00000000">
            <w:pPr>
              <w:spacing w:line="228" w:lineRule="auto"/>
            </w:pPr>
            <w:r>
              <w:rPr>
                <w:b/>
                <w:color w:val="FFFFFF"/>
                <w:sz w:val="19"/>
              </w:rPr>
              <w:t>Contact / Kontak</w:t>
            </w:r>
          </w:p>
        </w:tc>
        <w:tc>
          <w:tcPr>
            <w:tcW w:w="3532" w:type="dxa"/>
            <w:shd w:val="clear" w:color="auto" w:fill="243746"/>
          </w:tcPr>
          <w:p w14:paraId="7DE8C22F" w14:textId="77777777" w:rsidR="00394B86" w:rsidRDefault="00000000">
            <w:pPr>
              <w:spacing w:line="228" w:lineRule="auto"/>
            </w:pPr>
            <w:r>
              <w:rPr>
                <w:b/>
                <w:color w:val="FFFFFF"/>
                <w:sz w:val="19"/>
              </w:rPr>
              <w:t>Note / Nota</w:t>
            </w:r>
          </w:p>
        </w:tc>
      </w:tr>
      <w:tr w:rsidR="00394B86" w14:paraId="1C7C7F30" w14:textId="77777777" w:rsidTr="00DA3776">
        <w:trPr>
          <w:cantSplit/>
          <w:jc w:val="center"/>
        </w:trPr>
        <w:tc>
          <w:tcPr>
            <w:tcW w:w="3532" w:type="dxa"/>
            <w:tcMar>
              <w:top w:w="95" w:type="dxa"/>
              <w:left w:w="95" w:type="dxa"/>
              <w:bottom w:w="95" w:type="dxa"/>
              <w:right w:w="95" w:type="dxa"/>
            </w:tcMar>
          </w:tcPr>
          <w:p w14:paraId="5A217BF4" w14:textId="77777777" w:rsidR="00394B86" w:rsidRDefault="00000000">
            <w:pPr>
              <w:spacing w:line="228" w:lineRule="auto"/>
            </w:pPr>
            <w:r>
              <w:rPr>
                <w:sz w:val="19"/>
              </w:rPr>
              <w:t>Office / Kantoor</w:t>
            </w:r>
          </w:p>
        </w:tc>
        <w:tc>
          <w:tcPr>
            <w:tcW w:w="3532" w:type="dxa"/>
            <w:tcMar>
              <w:top w:w="95" w:type="dxa"/>
              <w:left w:w="95" w:type="dxa"/>
              <w:bottom w:w="95" w:type="dxa"/>
              <w:right w:w="95" w:type="dxa"/>
            </w:tcMar>
          </w:tcPr>
          <w:p w14:paraId="519D1C67" w14:textId="77777777" w:rsidR="00394B86" w:rsidRDefault="00000000">
            <w:pPr>
              <w:spacing w:line="228" w:lineRule="auto"/>
            </w:pPr>
            <w:r>
              <w:rPr>
                <w:sz w:val="19"/>
              </w:rPr>
              <w:t>021 559 1453</w:t>
            </w:r>
          </w:p>
        </w:tc>
        <w:tc>
          <w:tcPr>
            <w:tcW w:w="3532" w:type="dxa"/>
            <w:tcMar>
              <w:top w:w="95" w:type="dxa"/>
              <w:left w:w="95" w:type="dxa"/>
              <w:bottom w:w="95" w:type="dxa"/>
              <w:right w:w="95" w:type="dxa"/>
            </w:tcMar>
          </w:tcPr>
          <w:p w14:paraId="13577051" w14:textId="77777777" w:rsidR="00394B86" w:rsidRDefault="00000000">
            <w:pPr>
              <w:spacing w:line="228" w:lineRule="auto"/>
            </w:pPr>
            <w:r>
              <w:rPr>
                <w:sz w:val="19"/>
              </w:rPr>
              <w:t>Monday-Friday 09:00-13:00 / Maandag-Vrydag 09:00-13:00</w:t>
            </w:r>
          </w:p>
        </w:tc>
      </w:tr>
      <w:tr w:rsidR="00394B86" w14:paraId="49F47B19" w14:textId="77777777" w:rsidTr="00DA3776">
        <w:trPr>
          <w:cantSplit/>
          <w:jc w:val="center"/>
        </w:trPr>
        <w:tc>
          <w:tcPr>
            <w:tcW w:w="3532" w:type="dxa"/>
            <w:tcMar>
              <w:top w:w="95" w:type="dxa"/>
              <w:left w:w="95" w:type="dxa"/>
              <w:bottom w:w="95" w:type="dxa"/>
              <w:right w:w="95" w:type="dxa"/>
            </w:tcMar>
          </w:tcPr>
          <w:p w14:paraId="6F280AE8" w14:textId="77777777" w:rsidR="00394B86" w:rsidRDefault="00000000">
            <w:pPr>
              <w:spacing w:line="228" w:lineRule="auto"/>
            </w:pPr>
            <w:r>
              <w:rPr>
                <w:sz w:val="19"/>
              </w:rPr>
              <w:t>E-mail / E-pos</w:t>
            </w:r>
          </w:p>
        </w:tc>
        <w:tc>
          <w:tcPr>
            <w:tcW w:w="3532" w:type="dxa"/>
            <w:tcMar>
              <w:top w:w="95" w:type="dxa"/>
              <w:left w:w="95" w:type="dxa"/>
              <w:bottom w:w="95" w:type="dxa"/>
              <w:right w:w="95" w:type="dxa"/>
            </w:tcMar>
          </w:tcPr>
          <w:p w14:paraId="6E376881" w14:textId="77777777" w:rsidR="00394B86" w:rsidRDefault="00000000">
            <w:pPr>
              <w:spacing w:line="228" w:lineRule="auto"/>
            </w:pPr>
            <w:r>
              <w:rPr>
                <w:sz w:val="19"/>
              </w:rPr>
              <w:t>la.provence2@gmail.com</w:t>
            </w:r>
          </w:p>
        </w:tc>
        <w:tc>
          <w:tcPr>
            <w:tcW w:w="3532" w:type="dxa"/>
            <w:tcMar>
              <w:top w:w="95" w:type="dxa"/>
              <w:left w:w="95" w:type="dxa"/>
              <w:bottom w:w="95" w:type="dxa"/>
              <w:right w:w="95" w:type="dxa"/>
            </w:tcMar>
          </w:tcPr>
          <w:p w14:paraId="5EB11160" w14:textId="77777777" w:rsidR="00394B86" w:rsidRDefault="00000000">
            <w:pPr>
              <w:spacing w:line="228" w:lineRule="auto"/>
            </w:pPr>
            <w:r>
              <w:rPr>
                <w:sz w:val="19"/>
              </w:rPr>
              <w:t>General correspondence / Algemene korrespondensie</w:t>
            </w:r>
          </w:p>
        </w:tc>
      </w:tr>
      <w:tr w:rsidR="00394B86" w14:paraId="138A6BB6" w14:textId="77777777" w:rsidTr="00DA3776">
        <w:trPr>
          <w:cantSplit/>
          <w:jc w:val="center"/>
        </w:trPr>
        <w:tc>
          <w:tcPr>
            <w:tcW w:w="3532" w:type="dxa"/>
            <w:tcMar>
              <w:top w:w="95" w:type="dxa"/>
              <w:left w:w="95" w:type="dxa"/>
              <w:bottom w:w="95" w:type="dxa"/>
              <w:right w:w="95" w:type="dxa"/>
            </w:tcMar>
          </w:tcPr>
          <w:p w14:paraId="43234526" w14:textId="77777777" w:rsidR="00394B86" w:rsidRDefault="00000000">
            <w:pPr>
              <w:spacing w:line="228" w:lineRule="auto"/>
            </w:pPr>
            <w:r>
              <w:rPr>
                <w:sz w:val="19"/>
              </w:rPr>
              <w:t>Manager / Bestuurder</w:t>
            </w:r>
          </w:p>
        </w:tc>
        <w:tc>
          <w:tcPr>
            <w:tcW w:w="3532" w:type="dxa"/>
            <w:tcMar>
              <w:top w:w="95" w:type="dxa"/>
              <w:left w:w="95" w:type="dxa"/>
              <w:bottom w:w="95" w:type="dxa"/>
              <w:right w:w="95" w:type="dxa"/>
            </w:tcMar>
          </w:tcPr>
          <w:p w14:paraId="3B209F31" w14:textId="77777777" w:rsidR="00394B86" w:rsidRDefault="00000000">
            <w:pPr>
              <w:spacing w:line="228" w:lineRule="auto"/>
            </w:pPr>
            <w:r>
              <w:rPr>
                <w:sz w:val="19"/>
              </w:rPr>
              <w:t>Karen Becker</w:t>
            </w:r>
          </w:p>
        </w:tc>
        <w:tc>
          <w:tcPr>
            <w:tcW w:w="3532" w:type="dxa"/>
            <w:tcMar>
              <w:top w:w="95" w:type="dxa"/>
              <w:left w:w="95" w:type="dxa"/>
              <w:bottom w:w="95" w:type="dxa"/>
              <w:right w:w="95" w:type="dxa"/>
            </w:tcMar>
          </w:tcPr>
          <w:p w14:paraId="6D87F337" w14:textId="77777777" w:rsidR="00394B86" w:rsidRDefault="00000000">
            <w:pPr>
              <w:spacing w:line="228" w:lineRule="auto"/>
            </w:pPr>
            <w:r>
              <w:rPr>
                <w:sz w:val="19"/>
              </w:rPr>
              <w:t>Appointments via Reception / Afsprake via Ontvangs</w:t>
            </w:r>
          </w:p>
        </w:tc>
      </w:tr>
      <w:tr w:rsidR="00394B86" w14:paraId="2B0F39D1" w14:textId="77777777" w:rsidTr="00DA3776">
        <w:trPr>
          <w:cantSplit/>
          <w:jc w:val="center"/>
        </w:trPr>
        <w:tc>
          <w:tcPr>
            <w:tcW w:w="3532" w:type="dxa"/>
            <w:tcMar>
              <w:top w:w="95" w:type="dxa"/>
              <w:left w:w="95" w:type="dxa"/>
              <w:bottom w:w="95" w:type="dxa"/>
              <w:right w:w="95" w:type="dxa"/>
            </w:tcMar>
          </w:tcPr>
          <w:p w14:paraId="4052D9CB" w14:textId="77777777" w:rsidR="00394B86" w:rsidRDefault="00000000">
            <w:pPr>
              <w:spacing w:line="228" w:lineRule="auto"/>
            </w:pPr>
            <w:r>
              <w:rPr>
                <w:sz w:val="19"/>
              </w:rPr>
              <w:t>After-hours emergency / Na-ure nood</w:t>
            </w:r>
          </w:p>
        </w:tc>
        <w:tc>
          <w:tcPr>
            <w:tcW w:w="3532" w:type="dxa"/>
            <w:tcMar>
              <w:top w:w="95" w:type="dxa"/>
              <w:left w:w="95" w:type="dxa"/>
              <w:bottom w:w="95" w:type="dxa"/>
              <w:right w:w="95" w:type="dxa"/>
            </w:tcMar>
          </w:tcPr>
          <w:p w14:paraId="457A0ED2" w14:textId="77777777" w:rsidR="00394B86" w:rsidRDefault="00000000">
            <w:pPr>
              <w:spacing w:line="228" w:lineRule="auto"/>
            </w:pPr>
            <w:r>
              <w:rPr>
                <w:sz w:val="19"/>
              </w:rPr>
              <w:t>076 827 5173</w:t>
            </w:r>
          </w:p>
        </w:tc>
        <w:tc>
          <w:tcPr>
            <w:tcW w:w="3532" w:type="dxa"/>
            <w:tcMar>
              <w:top w:w="95" w:type="dxa"/>
              <w:left w:w="95" w:type="dxa"/>
              <w:bottom w:w="95" w:type="dxa"/>
              <w:right w:w="95" w:type="dxa"/>
            </w:tcMar>
          </w:tcPr>
          <w:p w14:paraId="76977277" w14:textId="77777777" w:rsidR="00394B86" w:rsidRDefault="00000000">
            <w:pPr>
              <w:spacing w:line="228" w:lineRule="auto"/>
            </w:pPr>
            <w:r>
              <w:rPr>
                <w:sz w:val="19"/>
              </w:rPr>
              <w:t>Omnia Property Group (Karen Becker)</w:t>
            </w:r>
          </w:p>
        </w:tc>
      </w:tr>
      <w:tr w:rsidR="00394B86" w14:paraId="068DBFA7" w14:textId="77777777" w:rsidTr="00DA3776">
        <w:trPr>
          <w:cantSplit/>
          <w:jc w:val="center"/>
        </w:trPr>
        <w:tc>
          <w:tcPr>
            <w:tcW w:w="3532" w:type="dxa"/>
            <w:tcMar>
              <w:top w:w="95" w:type="dxa"/>
              <w:left w:w="95" w:type="dxa"/>
              <w:bottom w:w="95" w:type="dxa"/>
              <w:right w:w="95" w:type="dxa"/>
            </w:tcMar>
          </w:tcPr>
          <w:p w14:paraId="0229C0B3" w14:textId="77777777" w:rsidR="00394B86" w:rsidRDefault="00000000">
            <w:pPr>
              <w:spacing w:line="228" w:lineRule="auto"/>
            </w:pPr>
            <w:r>
              <w:rPr>
                <w:sz w:val="19"/>
              </w:rPr>
              <w:t>Care Centre / Sorgsentrum</w:t>
            </w:r>
          </w:p>
        </w:tc>
        <w:tc>
          <w:tcPr>
            <w:tcW w:w="3532" w:type="dxa"/>
            <w:tcMar>
              <w:top w:w="95" w:type="dxa"/>
              <w:left w:w="95" w:type="dxa"/>
              <w:bottom w:w="95" w:type="dxa"/>
              <w:right w:w="95" w:type="dxa"/>
            </w:tcMar>
          </w:tcPr>
          <w:p w14:paraId="16D2483B" w14:textId="77777777" w:rsidR="00394B86" w:rsidRDefault="00000000">
            <w:pPr>
              <w:spacing w:line="228" w:lineRule="auto"/>
            </w:pPr>
            <w:r>
              <w:rPr>
                <w:sz w:val="19"/>
              </w:rPr>
              <w:t>021 559 1454</w:t>
            </w:r>
          </w:p>
        </w:tc>
        <w:tc>
          <w:tcPr>
            <w:tcW w:w="3532" w:type="dxa"/>
            <w:tcMar>
              <w:top w:w="95" w:type="dxa"/>
              <w:left w:w="95" w:type="dxa"/>
              <w:bottom w:w="95" w:type="dxa"/>
              <w:right w:w="95" w:type="dxa"/>
            </w:tcMar>
          </w:tcPr>
          <w:p w14:paraId="1C29B191" w14:textId="77777777" w:rsidR="00394B86" w:rsidRDefault="00000000">
            <w:pPr>
              <w:spacing w:line="228" w:lineRule="auto"/>
            </w:pPr>
            <w:r>
              <w:rPr>
                <w:sz w:val="19"/>
              </w:rPr>
              <w:t>Sister on duty / Suster aan diens</w:t>
            </w:r>
          </w:p>
        </w:tc>
      </w:tr>
      <w:tr w:rsidR="00394B86" w14:paraId="2E6944AE" w14:textId="77777777" w:rsidTr="00DA3776">
        <w:trPr>
          <w:cantSplit/>
          <w:jc w:val="center"/>
        </w:trPr>
        <w:tc>
          <w:tcPr>
            <w:tcW w:w="3532" w:type="dxa"/>
            <w:tcMar>
              <w:top w:w="95" w:type="dxa"/>
              <w:left w:w="95" w:type="dxa"/>
              <w:bottom w:w="95" w:type="dxa"/>
              <w:right w:w="95" w:type="dxa"/>
            </w:tcMar>
          </w:tcPr>
          <w:p w14:paraId="06FE1116" w14:textId="77777777" w:rsidR="00394B86" w:rsidRDefault="00000000">
            <w:pPr>
              <w:spacing w:line="228" w:lineRule="auto"/>
            </w:pPr>
            <w:r>
              <w:rPr>
                <w:sz w:val="19"/>
              </w:rPr>
              <w:t>Hair Salon / Haarsalon</w:t>
            </w:r>
          </w:p>
        </w:tc>
        <w:tc>
          <w:tcPr>
            <w:tcW w:w="3532" w:type="dxa"/>
            <w:tcMar>
              <w:top w:w="95" w:type="dxa"/>
              <w:left w:w="95" w:type="dxa"/>
              <w:bottom w:w="95" w:type="dxa"/>
              <w:right w:w="95" w:type="dxa"/>
            </w:tcMar>
          </w:tcPr>
          <w:p w14:paraId="5BE21AEF" w14:textId="77777777" w:rsidR="00394B86" w:rsidRDefault="00000000">
            <w:pPr>
              <w:spacing w:line="228" w:lineRule="auto"/>
            </w:pPr>
            <w:r>
              <w:rPr>
                <w:sz w:val="19"/>
              </w:rPr>
              <w:t>021 559 1742</w:t>
            </w:r>
          </w:p>
        </w:tc>
        <w:tc>
          <w:tcPr>
            <w:tcW w:w="3532" w:type="dxa"/>
            <w:tcMar>
              <w:top w:w="95" w:type="dxa"/>
              <w:left w:w="95" w:type="dxa"/>
              <w:bottom w:w="95" w:type="dxa"/>
              <w:right w:w="95" w:type="dxa"/>
            </w:tcMar>
          </w:tcPr>
          <w:p w14:paraId="0C302788" w14:textId="77777777" w:rsidR="00394B86" w:rsidRDefault="00000000">
            <w:pPr>
              <w:spacing w:line="228" w:lineRule="auto"/>
            </w:pPr>
            <w:r>
              <w:rPr>
                <w:sz w:val="19"/>
              </w:rPr>
              <w:t>Tuesday-Friday / Dinsdag-Vrydag</w:t>
            </w:r>
          </w:p>
        </w:tc>
      </w:tr>
    </w:tbl>
    <w:p w14:paraId="177C8A80" w14:textId="77777777" w:rsidR="00394B86" w:rsidRDefault="00000000">
      <w:pPr>
        <w:pStyle w:val="Heading2"/>
        <w:spacing w:line="240" w:lineRule="auto"/>
      </w:pPr>
      <w:r>
        <w:t>Everyday practical information / Daaglikse praktiese inligting</w:t>
      </w:r>
    </w:p>
    <w:p w14:paraId="1FDA0853" w14:textId="77777777" w:rsidR="00394B86" w:rsidRDefault="00000000">
      <w:pPr>
        <w:spacing w:after="60" w:line="240" w:lineRule="auto"/>
        <w:ind w:left="170" w:hanging="142"/>
      </w:pPr>
      <w:r>
        <w:rPr>
          <w:b/>
          <w:color w:val="B88C4A"/>
        </w:rPr>
        <w:t xml:space="preserve">• </w:t>
      </w:r>
      <w:r>
        <w:rPr>
          <w:b/>
        </w:rPr>
        <w:t>Refuse removal is currently on Wednesdays. Bags may be put out from Tuesday evening until Wednesday 08:00. Do not put refuse into municipal bins on the premises.</w:t>
      </w:r>
      <w:r>
        <w:t xml:space="preserve"> / Vullisverwydering is tans op Woensdae. Sakke mag vanaf Dinsdagaand tot Woensdag 08:00 uitgesit word. Moenie vullis in die munisipale dromme op die terrein plaas nie.</w:t>
      </w:r>
    </w:p>
    <w:p w14:paraId="0A7E17FF" w14:textId="77777777" w:rsidR="00394B86" w:rsidRDefault="00000000">
      <w:pPr>
        <w:spacing w:after="60" w:line="240" w:lineRule="auto"/>
        <w:ind w:left="170" w:hanging="142"/>
      </w:pPr>
      <w:r>
        <w:rPr>
          <w:b/>
          <w:color w:val="B88C4A"/>
        </w:rPr>
        <w:t xml:space="preserve">• </w:t>
      </w:r>
      <w:r>
        <w:rPr>
          <w:b/>
        </w:rPr>
        <w:t>The library is self-service. Record borrowed books; returned books go into the container provided.</w:t>
      </w:r>
      <w:r>
        <w:t xml:space="preserve"> / Die biblioteek is selfdiens. Teken geleende boeke aan; terugbesorgde boeke gaan in die houer wat daarvoor voorsien is.</w:t>
      </w:r>
    </w:p>
    <w:p w14:paraId="226B3BD3" w14:textId="77777777" w:rsidR="00394B86" w:rsidRDefault="00000000">
      <w:pPr>
        <w:spacing w:after="60" w:line="240" w:lineRule="auto"/>
        <w:ind w:left="170" w:hanging="142"/>
      </w:pPr>
      <w:r>
        <w:rPr>
          <w:b/>
          <w:color w:val="B88C4A"/>
        </w:rPr>
        <w:t xml:space="preserve">• </w:t>
      </w:r>
      <w:r>
        <w:rPr>
          <w:b/>
        </w:rPr>
        <w:t>A coin-operated washing machine and dryer are available 24 hours. Coins are available at Reception.</w:t>
      </w:r>
      <w:r>
        <w:t xml:space="preserve"> / ’n Muntwasmasjien en -droër is 24 uur beskikbaar. Munte is by Ontvangs beskikbaar.</w:t>
      </w:r>
    </w:p>
    <w:p w14:paraId="06E2CB3F" w14:textId="77777777" w:rsidR="00394B86" w:rsidRDefault="00000000">
      <w:pPr>
        <w:spacing w:after="60" w:line="240" w:lineRule="auto"/>
        <w:ind w:left="170" w:hanging="142"/>
      </w:pPr>
      <w:r>
        <w:rPr>
          <w:b/>
          <w:color w:val="B88C4A"/>
        </w:rPr>
        <w:t xml:space="preserve">• </w:t>
      </w:r>
      <w:r>
        <w:rPr>
          <w:b/>
        </w:rPr>
        <w:t>For bowls arrangements, enquire at Reception.</w:t>
      </w:r>
      <w:r>
        <w:t xml:space="preserve"> / Vir rolbalreëlings, doen navraag by Ontvangs.</w:t>
      </w:r>
    </w:p>
    <w:p w14:paraId="459BEF33" w14:textId="77777777" w:rsidR="00394B86" w:rsidRDefault="00000000">
      <w:pPr>
        <w:spacing w:after="60" w:line="240" w:lineRule="auto"/>
        <w:ind w:left="170" w:hanging="142"/>
      </w:pPr>
      <w:r>
        <w:rPr>
          <w:b/>
          <w:color w:val="B88C4A"/>
        </w:rPr>
        <w:t xml:space="preserve">• </w:t>
      </w:r>
      <w:r>
        <w:rPr>
          <w:b/>
        </w:rPr>
        <w:t>Monday Pilates classes: 09:30 and 10:15</w:t>
      </w:r>
      <w:r>
        <w:t xml:space="preserve"> / Maandae Pilates-klasse: 09:30 en 10:15</w:t>
      </w:r>
    </w:p>
    <w:p w14:paraId="0A346407" w14:textId="77777777" w:rsidR="00394B86" w:rsidRDefault="00000000">
      <w:pPr>
        <w:spacing w:after="60" w:line="240" w:lineRule="auto"/>
        <w:ind w:left="170" w:hanging="142"/>
      </w:pPr>
      <w:r>
        <w:rPr>
          <w:b/>
          <w:color w:val="B88C4A"/>
        </w:rPr>
        <w:t xml:space="preserve">• </w:t>
      </w:r>
      <w:r>
        <w:rPr>
          <w:b/>
        </w:rPr>
        <w:t>Street lights operate automatically. Do not tamper with them; report failed bulbs to the Office.</w:t>
      </w:r>
      <w:r>
        <w:t xml:space="preserve"> / Straatligte werk outomaties. Moenie daaraan peuter nie; meld foutiewe gloeilampe by die Kantoor aan.</w:t>
      </w:r>
    </w:p>
    <w:p w14:paraId="16EE149F" w14:textId="77777777" w:rsidR="00394B86" w:rsidRDefault="00000000">
      <w:pPr>
        <w:spacing w:after="60" w:line="240" w:lineRule="auto"/>
        <w:ind w:left="170" w:hanging="142"/>
      </w:pPr>
      <w:r>
        <w:rPr>
          <w:b/>
          <w:color w:val="B88C4A"/>
        </w:rPr>
        <w:t xml:space="preserve">• </w:t>
      </w:r>
      <w:r>
        <w:rPr>
          <w:b/>
        </w:rPr>
        <w:t>For the correct postal address, use your house number and street name, La Provence Body Corporate, Welgelegen, 7500.</w:t>
      </w:r>
      <w:r>
        <w:t xml:space="preserve"> / Vir die korrekte posadres, gebruik u huisnommer en straatnaam, La Provence Body Corporate, Welgelegen, 7500.</w:t>
      </w:r>
    </w:p>
    <w:p w14:paraId="4699D474" w14:textId="77777777" w:rsidR="00394B86" w:rsidRDefault="00394B86">
      <w:pPr>
        <w:spacing w:line="240" w:lineRule="auto"/>
      </w:pPr>
    </w:p>
    <w:p w14:paraId="167844EE" w14:textId="77777777" w:rsidR="00394B86" w:rsidRDefault="00000000">
      <w:pPr>
        <w:keepNext/>
        <w:pageBreakBefore/>
        <w:spacing w:line="240" w:lineRule="auto"/>
        <w:jc w:val="center"/>
      </w:pPr>
      <w:r>
        <w:rPr>
          <w:rFonts w:ascii="Aptos Display" w:hAnsi="Aptos Display"/>
          <w:b/>
          <w:color w:val="243746"/>
          <w:sz w:val="46"/>
        </w:rPr>
        <w:lastRenderedPageBreak/>
        <w:t>4. MEALS, LE FOYER &amp; BODY CORPORATE SERVICES / ETES, LE FOYER &amp; BODY CORPORATE-DIENSTE</w:t>
      </w:r>
    </w:p>
    <w:p w14:paraId="1EF90953" w14:textId="77777777" w:rsidR="00394B86" w:rsidRDefault="00000000">
      <w:pPr>
        <w:pStyle w:val="Heading2"/>
        <w:spacing w:line="240" w:lineRule="auto"/>
      </w:pPr>
      <w:r>
        <w:t>Meals / Etes</w:t>
      </w:r>
    </w:p>
    <w:p w14:paraId="52E764BB" w14:textId="77777777" w:rsidR="00394B86" w:rsidRDefault="00000000">
      <w:pPr>
        <w:spacing w:after="60" w:line="240" w:lineRule="auto"/>
        <w:ind w:left="170" w:hanging="142"/>
      </w:pPr>
      <w:r>
        <w:rPr>
          <w:b/>
          <w:color w:val="B88C4A"/>
        </w:rPr>
        <w:t xml:space="preserve">• </w:t>
      </w:r>
      <w:r>
        <w:rPr>
          <w:b/>
        </w:rPr>
        <w:t>Lunch is served between 12:30 and 13:00 on weekdays and Sundays. No meals are supplied on Saturdays.</w:t>
      </w:r>
      <w:r>
        <w:t xml:space="preserve"> / Middagete word tussen 12:30 en 13:00 op weeksdae en Sondae bedien. Geen etes word op Saterdae voorsien nie.</w:t>
      </w:r>
    </w:p>
    <w:p w14:paraId="121040E3" w14:textId="77777777" w:rsidR="00394B86" w:rsidRDefault="00000000">
      <w:pPr>
        <w:spacing w:after="60" w:line="240" w:lineRule="auto"/>
        <w:ind w:left="170" w:hanging="142"/>
      </w:pPr>
      <w:r>
        <w:rPr>
          <w:b/>
          <w:color w:val="B88C4A"/>
        </w:rPr>
        <w:t xml:space="preserve">• </w:t>
      </w:r>
      <w:r>
        <w:rPr>
          <w:b/>
        </w:rPr>
        <w:t>Weekday meals must be booked by 15:00 the previous day. Sunday meals must be booked before 14:00 on Friday.</w:t>
      </w:r>
      <w:r>
        <w:t xml:space="preserve"> / Weeksdagetes moet teen 15:00 die vorige dag bespreek word. Sondagmaaltye moet voor 14:00 op Vrydag bespreek word.</w:t>
      </w:r>
    </w:p>
    <w:p w14:paraId="14960DF9" w14:textId="77777777" w:rsidR="00394B86" w:rsidRDefault="00000000">
      <w:pPr>
        <w:spacing w:after="60" w:line="240" w:lineRule="auto"/>
        <w:ind w:left="170" w:hanging="142"/>
      </w:pPr>
      <w:r>
        <w:rPr>
          <w:b/>
          <w:color w:val="B88C4A"/>
        </w:rPr>
        <w:t xml:space="preserve">• </w:t>
      </w:r>
      <w:r>
        <w:rPr>
          <w:b/>
        </w:rPr>
        <w:t>Special diets can be prepared where prescribed by a medical doctor.</w:t>
      </w:r>
      <w:r>
        <w:t xml:space="preserve"> / Spesiale diëte kan voorberei word waar dit deur ’n geneesheer voorgeskryf is.</w:t>
      </w:r>
    </w:p>
    <w:p w14:paraId="5BA2C433" w14:textId="77777777" w:rsidR="00394B86" w:rsidRDefault="00000000">
      <w:pPr>
        <w:spacing w:after="60" w:line="240" w:lineRule="auto"/>
        <w:ind w:left="170" w:hanging="142"/>
      </w:pPr>
      <w:r>
        <w:rPr>
          <w:b/>
          <w:color w:val="B88C4A"/>
        </w:rPr>
        <w:t xml:space="preserve">• </w:t>
      </w:r>
      <w:r>
        <w:rPr>
          <w:b/>
        </w:rPr>
        <w:t>Take-away meals: place your marked container with the required coupons on the dining-room counter before 11:30; collect at 12:00.</w:t>
      </w:r>
      <w:r>
        <w:t xml:space="preserve"> / Wegneemetes: plaas u gemerkte houer met die vereiste koepons voor 11:30 op die eetkamertoonbank; haal om 12:00 af.</w:t>
      </w:r>
    </w:p>
    <w:p w14:paraId="0E4DC1F4" w14:textId="77777777" w:rsidR="00394B86" w:rsidRDefault="00000000">
      <w:pPr>
        <w:spacing w:after="60" w:line="240" w:lineRule="auto"/>
        <w:ind w:left="170" w:hanging="142"/>
      </w:pPr>
      <w:r>
        <w:rPr>
          <w:b/>
          <w:color w:val="B88C4A"/>
        </w:rPr>
        <w:t xml:space="preserve">• </w:t>
      </w:r>
      <w:r>
        <w:rPr>
          <w:b/>
        </w:rPr>
        <w:t>Complaints about meals or service must be lodged directly with the Caterer. Serious complaints or grievances should be submitted in writing to the Manager.</w:t>
      </w:r>
      <w:r>
        <w:t xml:space="preserve"> / Klagtes oor etes of diens moet direk by die Spysenier ingedien word. Ernstige klagtes of griewe moet skriftelik by die Bestuurder ingedien word.</w:t>
      </w:r>
    </w:p>
    <w:p w14:paraId="581676EB" w14:textId="77777777" w:rsidR="00394B86" w:rsidRDefault="00000000">
      <w:pPr>
        <w:spacing w:after="60" w:line="240" w:lineRule="auto"/>
        <w:ind w:left="170" w:hanging="142"/>
      </w:pPr>
      <w:r>
        <w:rPr>
          <w:b/>
          <w:color w:val="B88C4A"/>
        </w:rPr>
        <w:t xml:space="preserve">• </w:t>
      </w:r>
      <w:r>
        <w:rPr>
          <w:b/>
        </w:rPr>
        <w:t>Crockery, cutlery or food may not be removed from the kitchen or dining room without approval.</w:t>
      </w:r>
      <w:r>
        <w:t xml:space="preserve"> / Breekgoed, messegoed of kos mag nie sonder toestemming uit die kombuis of eetsaal verwyder word nie.</w:t>
      </w:r>
    </w:p>
    <w:p w14:paraId="70DD07EF" w14:textId="77777777" w:rsidR="00394B86" w:rsidRDefault="00000000">
      <w:pPr>
        <w:pStyle w:val="Heading2"/>
        <w:spacing w:line="240" w:lineRule="auto"/>
      </w:pPr>
      <w:r>
        <w:t>Services / Dienste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5157"/>
      </w:tblGrid>
      <w:tr w:rsidR="00394B86" w14:paraId="17417A92" w14:textId="77777777" w:rsidTr="00DA3776">
        <w:trPr>
          <w:cantSplit/>
          <w:jc w:val="center"/>
        </w:trPr>
        <w:tc>
          <w:tcPr>
            <w:tcW w:w="5298" w:type="dxa"/>
            <w:shd w:val="clear" w:color="auto" w:fill="6E8877"/>
          </w:tcPr>
          <w:p w14:paraId="6A86519C" w14:textId="77777777" w:rsidR="00394B86" w:rsidRDefault="00000000">
            <w:pPr>
              <w:spacing w:line="228" w:lineRule="auto"/>
            </w:pPr>
            <w:r>
              <w:rPr>
                <w:b/>
                <w:color w:val="FFFFFF"/>
                <w:sz w:val="19"/>
              </w:rPr>
              <w:t>Service / Diens</w:t>
            </w:r>
          </w:p>
        </w:tc>
        <w:tc>
          <w:tcPr>
            <w:tcW w:w="5298" w:type="dxa"/>
            <w:shd w:val="clear" w:color="auto" w:fill="6E8877"/>
          </w:tcPr>
          <w:p w14:paraId="3DF5BC31" w14:textId="77777777" w:rsidR="00394B86" w:rsidRDefault="00000000">
            <w:pPr>
              <w:spacing w:line="228" w:lineRule="auto"/>
            </w:pPr>
            <w:r>
              <w:rPr>
                <w:b/>
                <w:color w:val="FFFFFF"/>
                <w:sz w:val="19"/>
              </w:rPr>
              <w:t>Details / Besonderhede</w:t>
            </w:r>
          </w:p>
        </w:tc>
      </w:tr>
      <w:tr w:rsidR="00394B86" w14:paraId="2B8FF77E" w14:textId="77777777" w:rsidTr="00DA3776">
        <w:trPr>
          <w:cantSplit/>
          <w:jc w:val="center"/>
        </w:trPr>
        <w:tc>
          <w:tcPr>
            <w:tcW w:w="5298" w:type="dxa"/>
            <w:tcMar>
              <w:top w:w="85" w:type="dxa"/>
              <w:left w:w="95" w:type="dxa"/>
              <w:bottom w:w="85" w:type="dxa"/>
              <w:right w:w="95" w:type="dxa"/>
            </w:tcMar>
          </w:tcPr>
          <w:p w14:paraId="4607F38D" w14:textId="77777777" w:rsidR="00394B86" w:rsidRDefault="00000000">
            <w:pPr>
              <w:spacing w:line="228" w:lineRule="auto"/>
            </w:pPr>
            <w:r>
              <w:rPr>
                <w:sz w:val="19"/>
              </w:rPr>
              <w:t>Hair Salon / Haarsalon</w:t>
            </w:r>
          </w:p>
        </w:tc>
        <w:tc>
          <w:tcPr>
            <w:tcW w:w="5298" w:type="dxa"/>
            <w:tcMar>
              <w:top w:w="85" w:type="dxa"/>
              <w:left w:w="95" w:type="dxa"/>
              <w:bottom w:w="85" w:type="dxa"/>
              <w:right w:w="95" w:type="dxa"/>
            </w:tcMar>
          </w:tcPr>
          <w:p w14:paraId="3A17511F" w14:textId="77777777" w:rsidR="00394B86" w:rsidRDefault="00000000">
            <w:pPr>
              <w:spacing w:line="228" w:lineRule="auto"/>
            </w:pPr>
            <w:r>
              <w:rPr>
                <w:sz w:val="19"/>
              </w:rPr>
              <w:t>Open Tuesday-Friday. Please book early and cancel in good time. Current tariff sheet supplied separately. / Oop Dinsdag-Vrydag. Bespreek asseblief vroeg en kanselleer betyds. Huidige tarieflys word apart voorsien.</w:t>
            </w:r>
          </w:p>
        </w:tc>
      </w:tr>
      <w:tr w:rsidR="00394B86" w14:paraId="672EC6ED" w14:textId="77777777" w:rsidTr="00DA3776">
        <w:trPr>
          <w:cantSplit/>
          <w:jc w:val="center"/>
        </w:trPr>
        <w:tc>
          <w:tcPr>
            <w:tcW w:w="5298" w:type="dxa"/>
            <w:tcMar>
              <w:top w:w="85" w:type="dxa"/>
              <w:left w:w="95" w:type="dxa"/>
              <w:bottom w:w="85" w:type="dxa"/>
              <w:right w:w="95" w:type="dxa"/>
            </w:tcMar>
          </w:tcPr>
          <w:p w14:paraId="4D165F76" w14:textId="77777777" w:rsidR="00394B86" w:rsidRDefault="00000000">
            <w:pPr>
              <w:spacing w:line="228" w:lineRule="auto"/>
            </w:pPr>
            <w:r>
              <w:rPr>
                <w:sz w:val="19"/>
              </w:rPr>
              <w:t>Care Centre / Sorgsentrum</w:t>
            </w:r>
          </w:p>
        </w:tc>
        <w:tc>
          <w:tcPr>
            <w:tcW w:w="5298" w:type="dxa"/>
            <w:tcMar>
              <w:top w:w="85" w:type="dxa"/>
              <w:left w:w="95" w:type="dxa"/>
              <w:bottom w:w="85" w:type="dxa"/>
              <w:right w:w="95" w:type="dxa"/>
            </w:tcMar>
          </w:tcPr>
          <w:p w14:paraId="6E58FEAB" w14:textId="77777777" w:rsidR="00394B86" w:rsidRDefault="00000000">
            <w:pPr>
              <w:spacing w:line="228" w:lineRule="auto"/>
            </w:pPr>
            <w:r>
              <w:rPr>
                <w:sz w:val="19"/>
              </w:rPr>
              <w:t>Operated by an outside contractor; contact the sister on duty for information. / Word deur ’n buitekontrakteur bedryf; kontak die suster aan diens vir inligting.</w:t>
            </w:r>
          </w:p>
        </w:tc>
      </w:tr>
      <w:tr w:rsidR="00394B86" w14:paraId="528A4E43" w14:textId="77777777" w:rsidTr="00DA3776">
        <w:trPr>
          <w:cantSplit/>
          <w:jc w:val="center"/>
        </w:trPr>
        <w:tc>
          <w:tcPr>
            <w:tcW w:w="5298" w:type="dxa"/>
            <w:tcMar>
              <w:top w:w="85" w:type="dxa"/>
              <w:left w:w="95" w:type="dxa"/>
              <w:bottom w:w="85" w:type="dxa"/>
              <w:right w:w="95" w:type="dxa"/>
            </w:tcMar>
          </w:tcPr>
          <w:p w14:paraId="08926604" w14:textId="77777777" w:rsidR="00394B86" w:rsidRDefault="00000000">
            <w:pPr>
              <w:spacing w:line="228" w:lineRule="auto"/>
            </w:pPr>
            <w:r>
              <w:rPr>
                <w:sz w:val="19"/>
              </w:rPr>
              <w:t>Photocopies / Fotostate</w:t>
            </w:r>
          </w:p>
        </w:tc>
        <w:tc>
          <w:tcPr>
            <w:tcW w:w="5298" w:type="dxa"/>
            <w:tcMar>
              <w:top w:w="85" w:type="dxa"/>
              <w:left w:w="95" w:type="dxa"/>
              <w:bottom w:w="85" w:type="dxa"/>
              <w:right w:w="95" w:type="dxa"/>
            </w:tcMar>
          </w:tcPr>
          <w:p w14:paraId="73605ADA" w14:textId="77777777" w:rsidR="00394B86" w:rsidRDefault="00000000">
            <w:pPr>
              <w:spacing w:line="228" w:lineRule="auto"/>
            </w:pPr>
            <w:r>
              <w:rPr>
                <w:sz w:val="19"/>
              </w:rPr>
              <w:t>Available at Reception during office hours. / Beskikbaar by Ontvangs gedurende kantoorure.</w:t>
            </w:r>
          </w:p>
        </w:tc>
      </w:tr>
      <w:tr w:rsidR="00394B86" w14:paraId="22F9DF87" w14:textId="77777777" w:rsidTr="00DA3776">
        <w:trPr>
          <w:cantSplit/>
          <w:jc w:val="center"/>
        </w:trPr>
        <w:tc>
          <w:tcPr>
            <w:tcW w:w="5298" w:type="dxa"/>
            <w:tcMar>
              <w:top w:w="85" w:type="dxa"/>
              <w:left w:w="95" w:type="dxa"/>
              <w:bottom w:w="85" w:type="dxa"/>
              <w:right w:w="95" w:type="dxa"/>
            </w:tcMar>
          </w:tcPr>
          <w:p w14:paraId="1EE93DED" w14:textId="77777777" w:rsidR="00394B86" w:rsidRDefault="00000000">
            <w:pPr>
              <w:spacing w:line="228" w:lineRule="auto"/>
            </w:pPr>
            <w:r>
              <w:rPr>
                <w:sz w:val="19"/>
              </w:rPr>
              <w:t>Commissioner of Oaths / Kommissaris van Ede</w:t>
            </w:r>
          </w:p>
        </w:tc>
        <w:tc>
          <w:tcPr>
            <w:tcW w:w="5298" w:type="dxa"/>
            <w:tcMar>
              <w:top w:w="85" w:type="dxa"/>
              <w:left w:w="95" w:type="dxa"/>
              <w:bottom w:w="85" w:type="dxa"/>
              <w:right w:w="95" w:type="dxa"/>
            </w:tcMar>
          </w:tcPr>
          <w:p w14:paraId="74F981EA" w14:textId="77777777" w:rsidR="00394B86" w:rsidRDefault="00000000">
            <w:pPr>
              <w:spacing w:line="228" w:lineRule="auto"/>
            </w:pPr>
            <w:r>
              <w:rPr>
                <w:sz w:val="19"/>
              </w:rPr>
              <w:t>The Chairperson is recorded in the supplied information letter as a Commissioner of Oaths. / Die Voorsitter word in die aangehegte inligtingsbrief as ’n Kommissaris van Ede aangedui.</w:t>
            </w:r>
          </w:p>
        </w:tc>
      </w:tr>
    </w:tbl>
    <w:p w14:paraId="6700F8B6" w14:textId="77777777" w:rsidR="00394B86" w:rsidRDefault="00394B86">
      <w:pPr>
        <w:spacing w:line="240" w:lineRule="auto"/>
      </w:pPr>
    </w:p>
    <w:p w14:paraId="2B524093" w14:textId="77777777" w:rsidR="00394B86" w:rsidRDefault="00000000">
      <w:pPr>
        <w:keepNext/>
        <w:pageBreakBefore/>
        <w:spacing w:line="240" w:lineRule="auto"/>
        <w:jc w:val="center"/>
      </w:pPr>
      <w:r>
        <w:rPr>
          <w:rFonts w:ascii="Aptos Display" w:hAnsi="Aptos Display"/>
          <w:b/>
          <w:color w:val="243746"/>
          <w:sz w:val="46"/>
        </w:rPr>
        <w:lastRenderedPageBreak/>
        <w:t>5. SECURITY, EMERGENCY &amp; FIRE SAFETY / SEKURITEIT, NOOD &amp; BRANDVEILIGHEID</w:t>
      </w:r>
    </w:p>
    <w:p w14:paraId="0D8414CF" w14:textId="77777777" w:rsidR="00394B86" w:rsidRPr="00DA3776" w:rsidRDefault="00000000">
      <w:pPr>
        <w:pStyle w:val="Heading2"/>
        <w:spacing w:line="240" w:lineRule="auto"/>
        <w:rPr>
          <w:u w:val="single"/>
        </w:rPr>
      </w:pPr>
      <w:r w:rsidRPr="00DA3776">
        <w:rPr>
          <w:u w:val="single"/>
        </w:rPr>
        <w:t>Security / Sekuriteit</w:t>
      </w:r>
    </w:p>
    <w:p w14:paraId="1F1EEEAA" w14:textId="77777777" w:rsidR="00394B86" w:rsidRDefault="00000000">
      <w:pPr>
        <w:spacing w:after="60" w:line="240" w:lineRule="auto"/>
        <w:ind w:left="170" w:hanging="142"/>
      </w:pPr>
      <w:r>
        <w:rPr>
          <w:b/>
          <w:color w:val="B88C4A"/>
        </w:rPr>
        <w:t xml:space="preserve">• </w:t>
      </w:r>
      <w:r>
        <w:rPr>
          <w:b/>
        </w:rPr>
        <w:t>Observe all security arrangements issued by the Board.</w:t>
      </w:r>
      <w:r>
        <w:t xml:space="preserve"> / Kom alle sekuriteitsreëlings wat deur die Raad uitgereik word na.</w:t>
      </w:r>
    </w:p>
    <w:p w14:paraId="00B6C2B5" w14:textId="77777777" w:rsidR="00394B86" w:rsidRDefault="00000000">
      <w:pPr>
        <w:spacing w:after="60" w:line="240" w:lineRule="auto"/>
        <w:ind w:left="170" w:hanging="142"/>
      </w:pPr>
      <w:r>
        <w:rPr>
          <w:b/>
          <w:color w:val="B88C4A"/>
        </w:rPr>
        <w:t xml:space="preserve">• </w:t>
      </w:r>
      <w:r>
        <w:rPr>
          <w:b/>
        </w:rPr>
        <w:t>Register your vehicles, regular visitors, domestic workers and caregivers with Reception.</w:t>
      </w:r>
      <w:r>
        <w:t xml:space="preserve"> / Registreer u voertuie, gereelde besoekers, huiswerkers en versorgers by Ontvangs.</w:t>
      </w:r>
    </w:p>
    <w:p w14:paraId="7E585026" w14:textId="77777777" w:rsidR="00394B86" w:rsidRDefault="00000000">
      <w:pPr>
        <w:spacing w:after="60" w:line="240" w:lineRule="auto"/>
        <w:ind w:left="170" w:hanging="142"/>
      </w:pPr>
      <w:r>
        <w:rPr>
          <w:b/>
          <w:color w:val="B88C4A"/>
        </w:rPr>
        <w:t xml:space="preserve">• </w:t>
      </w:r>
      <w:r>
        <w:rPr>
          <w:b/>
        </w:rPr>
        <w:t>Keep possessions securely locked away. The Body Corporate does not insure residents’ household contents or vehicles.</w:t>
      </w:r>
      <w:r>
        <w:t xml:space="preserve"> / Hou besittings veilig toegesluit. Die Regspersoon verseker nie inwoners se huishoudelike inhoud of voertuie nie.</w:t>
      </w:r>
    </w:p>
    <w:p w14:paraId="1D07BD11" w14:textId="77777777" w:rsidR="00394B86" w:rsidRDefault="00000000">
      <w:pPr>
        <w:spacing w:after="60" w:line="240" w:lineRule="auto"/>
        <w:ind w:left="170" w:hanging="142"/>
      </w:pPr>
      <w:r>
        <w:rPr>
          <w:b/>
          <w:color w:val="B88C4A"/>
        </w:rPr>
        <w:t xml:space="preserve">• </w:t>
      </w:r>
      <w:r>
        <w:rPr>
          <w:b/>
        </w:rPr>
        <w:t>Unauthorised hawkers, collectors and canvassers are a security risk and require written permission from the Manager.</w:t>
      </w:r>
      <w:r>
        <w:t xml:space="preserve"> / Ongemagtigde smouse, kollekteerders en werwers hou ’n veiligheidsrisiko in en benodig skriftelike toestemming van die Bestuurder.</w:t>
      </w:r>
    </w:p>
    <w:p w14:paraId="4CECEC8C" w14:textId="77777777" w:rsidR="00394B86" w:rsidRPr="00DA3776" w:rsidRDefault="00000000">
      <w:pPr>
        <w:pStyle w:val="Heading2"/>
        <w:spacing w:line="240" w:lineRule="auto"/>
        <w:rPr>
          <w:u w:val="single"/>
        </w:rPr>
      </w:pPr>
      <w:r w:rsidRPr="00DA3776">
        <w:rPr>
          <w:u w:val="single"/>
        </w:rPr>
        <w:t>Emergency / Nood</w:t>
      </w:r>
    </w:p>
    <w:p w14:paraId="383B999E" w14:textId="77777777" w:rsidR="00394B86" w:rsidRDefault="00000000">
      <w:pPr>
        <w:spacing w:after="60" w:line="240" w:lineRule="auto"/>
        <w:ind w:left="170" w:hanging="142"/>
      </w:pPr>
      <w:r>
        <w:rPr>
          <w:b/>
          <w:color w:val="B88C4A"/>
        </w:rPr>
        <w:t xml:space="preserve">• </w:t>
      </w:r>
      <w:r>
        <w:rPr>
          <w:b/>
        </w:rPr>
        <w:t>Arrange with a neighbour who can assist if you cannot telephone for help.</w:t>
      </w:r>
      <w:r>
        <w:t xml:space="preserve"> / Reël met ’n buurpersoon wat kan help indien u nie telefonies hulp kan ontbied nie.</w:t>
      </w:r>
    </w:p>
    <w:p w14:paraId="6181054F" w14:textId="77777777" w:rsidR="00394B86" w:rsidRDefault="00000000">
      <w:pPr>
        <w:spacing w:after="60" w:line="240" w:lineRule="auto"/>
        <w:ind w:left="170" w:hanging="142"/>
      </w:pPr>
      <w:r>
        <w:rPr>
          <w:b/>
          <w:color w:val="B88C4A"/>
        </w:rPr>
        <w:t xml:space="preserve">• </w:t>
      </w:r>
      <w:r>
        <w:rPr>
          <w:b/>
        </w:rPr>
        <w:t>In a power failure, the Emergency Plan provides for notification by megaphone.</w:t>
      </w:r>
      <w:r>
        <w:t xml:space="preserve"> / By ’n kragonderbreking maak die Noodplan voorsiening vir kennisgewing per megafoon.</w:t>
      </w:r>
    </w:p>
    <w:p w14:paraId="2DB58968" w14:textId="77777777" w:rsidR="00394B86" w:rsidRDefault="00000000">
      <w:pPr>
        <w:spacing w:after="60" w:line="240" w:lineRule="auto"/>
        <w:ind w:left="170" w:hanging="142"/>
      </w:pPr>
      <w:r>
        <w:rPr>
          <w:b/>
          <w:color w:val="B88C4A"/>
        </w:rPr>
        <w:t xml:space="preserve">• </w:t>
      </w:r>
      <w:r>
        <w:rPr>
          <w:b/>
        </w:rPr>
        <w:t>For evacuation, the assembly point shown in the supplied Emergency Plan is at the outside gates. The emergency medical post is at the Community Centre/Bowling Green.</w:t>
      </w:r>
      <w:r>
        <w:t xml:space="preserve"> / Vir ontruiming is die versamelpunt volgens die aangehegte Noodplan by die buitehekke. Die mediese noodpos is by die Gemeenskapsentrum/Rolbalbaan.</w:t>
      </w:r>
    </w:p>
    <w:p w14:paraId="28652F3A" w14:textId="77777777" w:rsidR="00394B86" w:rsidRDefault="00000000">
      <w:pPr>
        <w:spacing w:after="60" w:line="240" w:lineRule="auto"/>
        <w:ind w:left="170" w:hanging="142"/>
      </w:pPr>
      <w:r>
        <w:rPr>
          <w:b/>
          <w:color w:val="B88C4A"/>
        </w:rPr>
        <w:t xml:space="preserve">• </w:t>
      </w:r>
      <w:r>
        <w:rPr>
          <w:b/>
        </w:rPr>
        <w:t>Keep important items ready: ID book/card, pension card, banking/investment information, daily medication and other essential documents/items.</w:t>
      </w:r>
      <w:r>
        <w:t xml:space="preserve"> / Hou belangrike items gereed: ID-boek/kaart, pensioenkaart, bank-/beleggingsinligting, daaglikse medikasie en ander noodsaaklike dokumente/items.</w:t>
      </w:r>
    </w:p>
    <w:p w14:paraId="4CD192BF" w14:textId="77777777" w:rsidR="00394B86" w:rsidRPr="00DA3776" w:rsidRDefault="00000000">
      <w:pPr>
        <w:pStyle w:val="Heading2"/>
        <w:spacing w:line="240" w:lineRule="auto"/>
        <w:rPr>
          <w:u w:val="single"/>
        </w:rPr>
      </w:pPr>
      <w:r w:rsidRPr="00DA3776">
        <w:rPr>
          <w:u w:val="single"/>
        </w:rPr>
        <w:t>Fire safety / Brandveiligheid</w:t>
      </w:r>
    </w:p>
    <w:p w14:paraId="1EF77897" w14:textId="77777777" w:rsidR="00394B86" w:rsidRDefault="00000000">
      <w:pPr>
        <w:spacing w:after="60" w:line="240" w:lineRule="auto"/>
        <w:ind w:left="170" w:hanging="142"/>
      </w:pPr>
      <w:r>
        <w:rPr>
          <w:b/>
          <w:color w:val="B88C4A"/>
        </w:rPr>
        <w:t xml:space="preserve">• </w:t>
      </w:r>
      <w:r>
        <w:rPr>
          <w:b/>
        </w:rPr>
        <w:t>Do not store highly flammable/explosive materials or accumulate/burn paper and cartons on common property.</w:t>
      </w:r>
      <w:r>
        <w:t xml:space="preserve"> / Moenie hoogs vlambare/plofbare materiaal berg of papier en kartonne op gemeenskaplike eiendom ophoop/verbrand nie.</w:t>
      </w:r>
    </w:p>
    <w:p w14:paraId="16D9EC1C" w14:textId="77777777" w:rsidR="00394B86" w:rsidRDefault="00000000">
      <w:pPr>
        <w:spacing w:after="60" w:line="240" w:lineRule="auto"/>
        <w:ind w:left="170" w:hanging="142"/>
      </w:pPr>
      <w:r>
        <w:rPr>
          <w:b/>
          <w:color w:val="B88C4A"/>
        </w:rPr>
        <w:t xml:space="preserve">• </w:t>
      </w:r>
      <w:r>
        <w:rPr>
          <w:b/>
        </w:rPr>
        <w:t>Open-element heaters are prohibited.</w:t>
      </w:r>
      <w:r>
        <w:t xml:space="preserve"> / Oopelementverwarmers is verbode.</w:t>
      </w:r>
    </w:p>
    <w:p w14:paraId="4143AAF0" w14:textId="77777777" w:rsidR="00394B86" w:rsidRDefault="00000000">
      <w:pPr>
        <w:spacing w:after="60" w:line="240" w:lineRule="auto"/>
        <w:ind w:left="170" w:hanging="142"/>
      </w:pPr>
      <w:r>
        <w:rPr>
          <w:b/>
          <w:color w:val="B88C4A"/>
        </w:rPr>
        <w:t xml:space="preserve">• </w:t>
      </w:r>
      <w:r>
        <w:rPr>
          <w:b/>
        </w:rPr>
        <w:t>Electrical repairs must be carried out by a registered electrician.</w:t>
      </w:r>
      <w:r>
        <w:t xml:space="preserve"> / Elektriese herstelwerk moet deur ’n geregistreerde elektrisiën uitgevoer word.</w:t>
      </w:r>
    </w:p>
    <w:p w14:paraId="5C019EF0" w14:textId="77777777" w:rsidR="00394B86" w:rsidRDefault="00000000">
      <w:pPr>
        <w:spacing w:after="60" w:line="240" w:lineRule="auto"/>
        <w:ind w:left="170" w:hanging="142"/>
      </w:pPr>
      <w:r>
        <w:rPr>
          <w:b/>
          <w:color w:val="B88C4A"/>
        </w:rPr>
        <w:t xml:space="preserve">• </w:t>
      </w:r>
      <w:r>
        <w:rPr>
          <w:b/>
        </w:rPr>
        <w:t>A small fire extinguisher in each unit is recommended.</w:t>
      </w:r>
      <w:r>
        <w:t xml:space="preserve"> / ’n Klein brandblusser in elke eenheid word aanbeveel.</w:t>
      </w:r>
    </w:p>
    <w:p w14:paraId="453B50A7" w14:textId="77777777" w:rsidR="00394B86" w:rsidRDefault="00394B86">
      <w:pPr>
        <w:spacing w:line="240" w:lineRule="auto"/>
      </w:pPr>
    </w:p>
    <w:p w14:paraId="0F91ECFD" w14:textId="77777777" w:rsidR="00394B86" w:rsidRDefault="00000000">
      <w:pPr>
        <w:keepNext/>
        <w:pageBreakBefore/>
        <w:spacing w:after="20" w:line="240" w:lineRule="auto"/>
        <w:jc w:val="center"/>
      </w:pPr>
      <w:r>
        <w:rPr>
          <w:rFonts w:ascii="Aptos Display" w:hAnsi="Aptos Display"/>
          <w:b/>
          <w:color w:val="243746"/>
          <w:sz w:val="38"/>
        </w:rPr>
        <w:lastRenderedPageBreak/>
        <w:t>6. YOUR HOME, GARDENS &amp; ALTERATIONS / U WONING, TUINE &amp; VERANDERINGS</w:t>
      </w:r>
    </w:p>
    <w:p w14:paraId="6C3D62F9" w14:textId="77777777" w:rsidR="00394B86" w:rsidRPr="00DA3776" w:rsidRDefault="00000000">
      <w:pPr>
        <w:pStyle w:val="Heading2"/>
        <w:spacing w:before="0" w:after="20" w:line="240" w:lineRule="auto"/>
        <w:rPr>
          <w:u w:val="single"/>
        </w:rPr>
      </w:pPr>
      <w:r w:rsidRPr="00DA3776">
        <w:rPr>
          <w:sz w:val="21"/>
          <w:u w:val="single"/>
        </w:rPr>
        <w:t>Maintenance / Instandhouding</w:t>
      </w:r>
    </w:p>
    <w:p w14:paraId="0A0AEC16" w14:textId="77777777" w:rsidR="00394B86" w:rsidRDefault="00000000">
      <w:pPr>
        <w:spacing w:after="20" w:line="240" w:lineRule="auto"/>
        <w:ind w:left="170" w:hanging="142"/>
      </w:pPr>
      <w:r>
        <w:rPr>
          <w:b/>
          <w:color w:val="B88C4A"/>
        </w:rPr>
        <w:t xml:space="preserve">• </w:t>
      </w:r>
      <w:r>
        <w:rPr>
          <w:b/>
        </w:rPr>
        <w:t>Owners are responsible for the interior maintenance of their units, including internal electrical wiring/installations and plumbing.</w:t>
      </w:r>
      <w:r>
        <w:t xml:space="preserve"> / Eienaars is verantwoordelik vir die binne-instandhouding van hul eenhede, insluitend interne elektriese bedrading/installasies en loodgieterswerk.</w:t>
      </w:r>
    </w:p>
    <w:p w14:paraId="600FC4C2" w14:textId="77777777" w:rsidR="00394B86" w:rsidRDefault="00000000">
      <w:pPr>
        <w:spacing w:after="20" w:line="240" w:lineRule="auto"/>
        <w:ind w:left="170" w:hanging="142"/>
      </w:pPr>
      <w:r>
        <w:rPr>
          <w:b/>
          <w:color w:val="B88C4A"/>
        </w:rPr>
        <w:t xml:space="preserve">• </w:t>
      </w:r>
      <w:r>
        <w:rPr>
          <w:b/>
        </w:rPr>
        <w:t>Damage to exterior building elements that Management may not know about must be reported immediately.</w:t>
      </w:r>
      <w:r>
        <w:t xml:space="preserve"> / Skade aan buite-elemente van die gebou waarvan Bestuur moontlik nie bewus is nie, moet onmiddellik aangemeld word.</w:t>
      </w:r>
    </w:p>
    <w:p w14:paraId="57FC2C3A" w14:textId="77777777" w:rsidR="00394B86" w:rsidRDefault="00000000">
      <w:pPr>
        <w:spacing w:after="20" w:line="240" w:lineRule="auto"/>
        <w:ind w:left="170" w:hanging="142"/>
      </w:pPr>
      <w:r>
        <w:rPr>
          <w:b/>
          <w:color w:val="B88C4A"/>
        </w:rPr>
        <w:t xml:space="preserve">• </w:t>
      </w:r>
      <w:r>
        <w:rPr>
          <w:b/>
        </w:rPr>
        <w:t>Do not make external alterations, extensions or additions without Board approval.</w:t>
      </w:r>
      <w:r>
        <w:t xml:space="preserve"> / Moenie buiteveranderings, aanbouings of toevoegings sonder Raad-goedkeuring aanbring nie.</w:t>
      </w:r>
    </w:p>
    <w:p w14:paraId="0039A08A" w14:textId="77777777" w:rsidR="00394B86" w:rsidRPr="00DA3776" w:rsidRDefault="00000000">
      <w:pPr>
        <w:pStyle w:val="Heading2"/>
        <w:spacing w:before="0" w:after="20" w:line="240" w:lineRule="auto"/>
        <w:rPr>
          <w:u w:val="single"/>
        </w:rPr>
      </w:pPr>
      <w:r w:rsidRPr="00DA3776">
        <w:rPr>
          <w:sz w:val="21"/>
          <w:u w:val="single"/>
        </w:rPr>
        <w:t>Special installations / Spesiale installasies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176"/>
      </w:tblGrid>
      <w:tr w:rsidR="00394B86" w14:paraId="4EB119E2" w14:textId="77777777" w:rsidTr="00DA3776">
        <w:trPr>
          <w:cantSplit/>
          <w:jc w:val="center"/>
        </w:trPr>
        <w:tc>
          <w:tcPr>
            <w:tcW w:w="5298" w:type="dxa"/>
            <w:shd w:val="clear" w:color="auto" w:fill="243746"/>
          </w:tcPr>
          <w:p w14:paraId="3DD07E16" w14:textId="77777777" w:rsidR="00394B86" w:rsidRDefault="00000000">
            <w:pPr>
              <w:spacing w:after="0" w:line="228" w:lineRule="auto"/>
            </w:pPr>
            <w:r>
              <w:rPr>
                <w:b/>
                <w:color w:val="FFFFFF"/>
                <w:sz w:val="19"/>
              </w:rPr>
              <w:t>Installation / Installasie</w:t>
            </w:r>
          </w:p>
        </w:tc>
        <w:tc>
          <w:tcPr>
            <w:tcW w:w="5298" w:type="dxa"/>
            <w:shd w:val="clear" w:color="auto" w:fill="243746"/>
          </w:tcPr>
          <w:p w14:paraId="0281F56D" w14:textId="77777777" w:rsidR="00394B86" w:rsidRDefault="00000000">
            <w:pPr>
              <w:spacing w:after="0" w:line="228" w:lineRule="auto"/>
            </w:pPr>
            <w:r>
              <w:rPr>
                <w:b/>
                <w:color w:val="FFFFFF"/>
                <w:sz w:val="19"/>
              </w:rPr>
              <w:t>Requirement / Vereiste</w:t>
            </w:r>
          </w:p>
        </w:tc>
      </w:tr>
      <w:tr w:rsidR="00394B86" w14:paraId="1C82D921" w14:textId="77777777" w:rsidTr="00DA3776">
        <w:trPr>
          <w:cantSplit/>
          <w:jc w:val="center"/>
        </w:trPr>
        <w:tc>
          <w:tcPr>
            <w:tcW w:w="5298" w:type="dxa"/>
            <w:tcMar>
              <w:top w:w="80" w:type="dxa"/>
              <w:left w:w="90" w:type="dxa"/>
              <w:bottom w:w="80" w:type="dxa"/>
              <w:right w:w="90" w:type="dxa"/>
            </w:tcMar>
          </w:tcPr>
          <w:p w14:paraId="7B3AD149" w14:textId="77777777" w:rsidR="00394B86" w:rsidRDefault="00000000">
            <w:pPr>
              <w:spacing w:after="0" w:line="228" w:lineRule="auto"/>
            </w:pPr>
            <w:r>
              <w:rPr>
                <w:sz w:val="19"/>
              </w:rPr>
              <w:t>Inverters &amp; gas stoves / Omsetters &amp; gasstowe</w:t>
            </w:r>
          </w:p>
        </w:tc>
        <w:tc>
          <w:tcPr>
            <w:tcW w:w="5298" w:type="dxa"/>
            <w:tcMar>
              <w:top w:w="80" w:type="dxa"/>
              <w:left w:w="90" w:type="dxa"/>
              <w:bottom w:w="80" w:type="dxa"/>
              <w:right w:w="90" w:type="dxa"/>
            </w:tcMar>
          </w:tcPr>
          <w:p w14:paraId="1A7BDABA" w14:textId="77777777" w:rsidR="00394B86" w:rsidRDefault="00000000">
            <w:pPr>
              <w:spacing w:after="0" w:line="228" w:lineRule="auto"/>
            </w:pPr>
            <w:r>
              <w:rPr>
                <w:sz w:val="19"/>
              </w:rPr>
              <w:t>Written Trustee permission is required before installation. A Certificate of Compliance must be supplied to the Office after installation. / Skriftelike Trustee-toestemming word vóór installasie vereis. ’n Sertifikaat van Voldoening moet ná installasie aan die Kantoor voorsien word.</w:t>
            </w:r>
          </w:p>
        </w:tc>
      </w:tr>
      <w:tr w:rsidR="00394B86" w14:paraId="7B746B2C" w14:textId="77777777" w:rsidTr="00DA3776">
        <w:trPr>
          <w:cantSplit/>
          <w:jc w:val="center"/>
        </w:trPr>
        <w:tc>
          <w:tcPr>
            <w:tcW w:w="5298" w:type="dxa"/>
            <w:tcMar>
              <w:top w:w="80" w:type="dxa"/>
              <w:left w:w="90" w:type="dxa"/>
              <w:bottom w:w="80" w:type="dxa"/>
              <w:right w:w="90" w:type="dxa"/>
            </w:tcMar>
          </w:tcPr>
          <w:p w14:paraId="62D08C5F" w14:textId="77777777" w:rsidR="00394B86" w:rsidRDefault="00000000">
            <w:pPr>
              <w:spacing w:after="0" w:line="228" w:lineRule="auto"/>
            </w:pPr>
            <w:r>
              <w:rPr>
                <w:sz w:val="19"/>
              </w:rPr>
              <w:t>PV solar &amp; battery systems / FV-sonkrag &amp; batterystelsels</w:t>
            </w:r>
          </w:p>
        </w:tc>
        <w:tc>
          <w:tcPr>
            <w:tcW w:w="5298" w:type="dxa"/>
            <w:tcMar>
              <w:top w:w="80" w:type="dxa"/>
              <w:left w:w="90" w:type="dxa"/>
              <w:bottom w:w="80" w:type="dxa"/>
              <w:right w:w="90" w:type="dxa"/>
            </w:tcMar>
          </w:tcPr>
          <w:p w14:paraId="75A5F9FE" w14:textId="77777777" w:rsidR="00394B86" w:rsidRDefault="00000000">
            <w:pPr>
              <w:spacing w:after="0" w:line="228" w:lineRule="auto"/>
            </w:pPr>
            <w:r>
              <w:rPr>
                <w:sz w:val="19"/>
              </w:rPr>
              <w:t>Prior written approval is required. The supplied rules require accredited contractor information, technical documentation, City of Cape Town compliance/authorisation before switch-on, and COC/registration documents after installation. / Vooraf skriftelike goedkeuring word vereis. Die aangehegte reëls vereis inligting oor ’n geakkrediteerde kontrakteur, tegniese dokumentasie, Stad Kaapstad-nakoming/magtiging vóór aanskakeling, en COC/registrasiedokumente ná installasie.</w:t>
            </w:r>
          </w:p>
        </w:tc>
      </w:tr>
      <w:tr w:rsidR="00394B86" w14:paraId="7DAA0FAE" w14:textId="77777777" w:rsidTr="00DA3776">
        <w:trPr>
          <w:cantSplit/>
          <w:jc w:val="center"/>
        </w:trPr>
        <w:tc>
          <w:tcPr>
            <w:tcW w:w="5298" w:type="dxa"/>
            <w:tcMar>
              <w:top w:w="80" w:type="dxa"/>
              <w:left w:w="90" w:type="dxa"/>
              <w:bottom w:w="80" w:type="dxa"/>
              <w:right w:w="90" w:type="dxa"/>
            </w:tcMar>
          </w:tcPr>
          <w:p w14:paraId="3C407863" w14:textId="77777777" w:rsidR="00394B86" w:rsidRDefault="00000000">
            <w:pPr>
              <w:spacing w:after="0" w:line="228" w:lineRule="auto"/>
            </w:pPr>
            <w:r>
              <w:rPr>
                <w:sz w:val="19"/>
              </w:rPr>
              <w:t>Awnings / Afdakke</w:t>
            </w:r>
          </w:p>
        </w:tc>
        <w:tc>
          <w:tcPr>
            <w:tcW w:w="5298" w:type="dxa"/>
            <w:tcMar>
              <w:top w:w="80" w:type="dxa"/>
              <w:left w:w="90" w:type="dxa"/>
              <w:bottom w:w="80" w:type="dxa"/>
              <w:right w:w="90" w:type="dxa"/>
            </w:tcMar>
          </w:tcPr>
          <w:p w14:paraId="10573C1E" w14:textId="77777777" w:rsidR="00394B86" w:rsidRDefault="00000000">
            <w:pPr>
              <w:spacing w:after="0" w:line="228" w:lineRule="auto"/>
            </w:pPr>
            <w:r>
              <w:rPr>
                <w:sz w:val="19"/>
              </w:rPr>
              <w:t>Prior written approval is required. The application must identify the awning and contractor; components must be rust-resistant and the awning must be the same or similar to existing approved awnings. / Vooraf skriftelike goedkeuring word vereis. Die aansoek moet die afdak en kontrakteur identifiseer; komponente moet roesbestand wees en die afdak moet dieselfde of soortgelyk aan bestaande goedgekeurde afdakke wees.</w:t>
            </w:r>
          </w:p>
        </w:tc>
      </w:tr>
    </w:tbl>
    <w:p w14:paraId="00287CAD" w14:textId="77777777" w:rsidR="00394B86" w:rsidRPr="00DA3776" w:rsidRDefault="00000000">
      <w:pPr>
        <w:pStyle w:val="Heading2"/>
        <w:spacing w:before="0" w:after="20" w:line="240" w:lineRule="auto"/>
        <w:rPr>
          <w:u w:val="single"/>
        </w:rPr>
      </w:pPr>
      <w:r w:rsidRPr="00DA3776">
        <w:rPr>
          <w:sz w:val="21"/>
          <w:u w:val="single"/>
        </w:rPr>
        <w:t>Gardens / Tuine</w:t>
      </w:r>
    </w:p>
    <w:p w14:paraId="2C43B312" w14:textId="77777777" w:rsidR="00394B86" w:rsidRDefault="00000000">
      <w:pPr>
        <w:spacing w:after="20" w:line="240" w:lineRule="auto"/>
        <w:ind w:left="170" w:hanging="142"/>
      </w:pPr>
      <w:r>
        <w:rPr>
          <w:b/>
          <w:color w:val="B88C4A"/>
        </w:rPr>
        <w:t xml:space="preserve">• </w:t>
      </w:r>
      <w:r>
        <w:rPr>
          <w:b/>
        </w:rPr>
        <w:t>Do not dig out lawn or create new flower beds without permission.</w:t>
      </w:r>
      <w:r>
        <w:t xml:space="preserve"> / Moenie grasperk uitgrawe of nuwe blombeddings sonder toestemming maak nie.</w:t>
      </w:r>
    </w:p>
    <w:p w14:paraId="3C397230" w14:textId="77777777" w:rsidR="00394B86" w:rsidRDefault="00000000">
      <w:pPr>
        <w:spacing w:after="20" w:line="240" w:lineRule="auto"/>
        <w:ind w:left="170" w:hanging="142"/>
      </w:pPr>
      <w:r>
        <w:rPr>
          <w:b/>
          <w:color w:val="B88C4A"/>
        </w:rPr>
        <w:t xml:space="preserve">• </w:t>
      </w:r>
      <w:r>
        <w:rPr>
          <w:b/>
        </w:rPr>
        <w:t>Use water sparingly and comply with water restrictions or watering times communicated by Management.</w:t>
      </w:r>
      <w:r>
        <w:t xml:space="preserve"> / Gebruik water spaarsamig en voldoen aan waterbeperkings of natmaaktye wat deur Bestuur gekommunikeer word.</w:t>
      </w:r>
    </w:p>
    <w:p w14:paraId="02DE6997" w14:textId="77777777" w:rsidR="00394B86" w:rsidRDefault="00000000">
      <w:pPr>
        <w:spacing w:after="20" w:line="240" w:lineRule="auto"/>
        <w:ind w:left="170" w:hanging="142"/>
      </w:pPr>
      <w:r>
        <w:rPr>
          <w:b/>
          <w:color w:val="B88C4A"/>
        </w:rPr>
        <w:t xml:space="preserve">• </w:t>
      </w:r>
      <w:r>
        <w:rPr>
          <w:b/>
        </w:rPr>
        <w:t>If you trim your own shrubs, cut branches into manageable pieces and place them in refuse bags.</w:t>
      </w:r>
      <w:r>
        <w:t xml:space="preserve"> / Indien u u eie struike snoei, sny takke in hanteerbare stukke en plaas dit in vullissakke.</w:t>
      </w:r>
    </w:p>
    <w:p w14:paraId="29858AA4" w14:textId="77777777" w:rsidR="00394B86" w:rsidRDefault="00394B86">
      <w:pPr>
        <w:spacing w:after="20" w:line="240" w:lineRule="auto"/>
      </w:pPr>
    </w:p>
    <w:p w14:paraId="032485AF" w14:textId="77777777" w:rsidR="00394B86" w:rsidRDefault="00000000">
      <w:pPr>
        <w:keepNext/>
        <w:pageBreakBefore/>
        <w:spacing w:line="240" w:lineRule="auto"/>
        <w:jc w:val="center"/>
      </w:pPr>
      <w:r>
        <w:rPr>
          <w:rFonts w:ascii="Aptos Display" w:hAnsi="Aptos Display"/>
          <w:b/>
          <w:color w:val="243746"/>
          <w:sz w:val="46"/>
        </w:rPr>
        <w:lastRenderedPageBreak/>
        <w:t>7. FORMS - WHAT TO COMPLETE / VORMS - WAT VOLTOOI MOET WORD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601"/>
        <w:gridCol w:w="2567"/>
        <w:gridCol w:w="2618"/>
        <w:gridCol w:w="31"/>
      </w:tblGrid>
      <w:tr w:rsidR="00394B86" w14:paraId="40D0F9C4" w14:textId="77777777" w:rsidTr="00DA3776">
        <w:trPr>
          <w:gridAfter w:val="1"/>
          <w:wAfter w:w="32" w:type="dxa"/>
          <w:cantSplit/>
          <w:jc w:val="center"/>
        </w:trPr>
        <w:tc>
          <w:tcPr>
            <w:tcW w:w="10596" w:type="dxa"/>
            <w:gridSpan w:val="4"/>
            <w:shd w:val="clear" w:color="auto" w:fill="F3F6F4"/>
            <w:tcMar>
              <w:top w:w="130" w:type="dxa"/>
              <w:left w:w="140" w:type="dxa"/>
              <w:bottom w:w="130" w:type="dxa"/>
              <w:right w:w="140" w:type="dxa"/>
            </w:tcMar>
          </w:tcPr>
          <w:p w14:paraId="2B29355C" w14:textId="77777777" w:rsidR="00394B86" w:rsidRDefault="00000000">
            <w:pPr>
              <w:spacing w:line="228" w:lineRule="auto"/>
            </w:pPr>
            <w:r>
              <w:rPr>
                <w:b/>
                <w:color w:val="6E8877"/>
              </w:rPr>
              <w:t>PLEASE RETURN THESE TO RECEPTION / HANDIG HIERDIE BY ONTVANGS IN</w:t>
            </w:r>
          </w:p>
          <w:p w14:paraId="66F0D966" w14:textId="77777777" w:rsidR="00394B86" w:rsidRDefault="00000000">
            <w:pPr>
              <w:spacing w:after="0" w:line="228" w:lineRule="auto"/>
            </w:pPr>
            <w:r>
              <w:rPr>
                <w:sz w:val="19"/>
              </w:rPr>
              <w:t>The forms below are reproduced in full from the supplied resident and security forms, but laid out more clearly with more writing space. / Die vorms hieronder word volledig uit die aangehegte inwoner- en sekuriteitsvorms weergegee, maar duideliker uiteengesit met meer skryfspasie.</w:t>
            </w:r>
          </w:p>
        </w:tc>
      </w:tr>
      <w:tr w:rsidR="00394B86" w14:paraId="098028AC" w14:textId="77777777" w:rsidTr="00DA3776">
        <w:trPr>
          <w:cantSplit/>
          <w:jc w:val="center"/>
        </w:trPr>
        <w:tc>
          <w:tcPr>
            <w:tcW w:w="2649" w:type="dxa"/>
            <w:shd w:val="clear" w:color="auto" w:fill="243746"/>
          </w:tcPr>
          <w:p w14:paraId="2C0ABAA2" w14:textId="77777777" w:rsidR="00394B86" w:rsidRDefault="00000000">
            <w:pPr>
              <w:spacing w:line="228" w:lineRule="auto"/>
            </w:pPr>
            <w:r>
              <w:rPr>
                <w:b/>
                <w:color w:val="FFFFFF"/>
                <w:sz w:val="18"/>
              </w:rPr>
              <w:t>Form / Vorm</w:t>
            </w:r>
          </w:p>
        </w:tc>
        <w:tc>
          <w:tcPr>
            <w:tcW w:w="2649" w:type="dxa"/>
            <w:shd w:val="clear" w:color="auto" w:fill="243746"/>
          </w:tcPr>
          <w:p w14:paraId="32A697F1" w14:textId="77777777" w:rsidR="00394B86" w:rsidRDefault="00000000">
            <w:pPr>
              <w:spacing w:line="228" w:lineRule="auto"/>
            </w:pPr>
            <w:r>
              <w:rPr>
                <w:b/>
                <w:color w:val="FFFFFF"/>
                <w:sz w:val="18"/>
              </w:rPr>
              <w:t>Name / Naam</w:t>
            </w:r>
          </w:p>
        </w:tc>
        <w:tc>
          <w:tcPr>
            <w:tcW w:w="2649" w:type="dxa"/>
            <w:shd w:val="clear" w:color="auto" w:fill="243746"/>
          </w:tcPr>
          <w:p w14:paraId="3C1FD024" w14:textId="77777777" w:rsidR="00394B86" w:rsidRDefault="00000000">
            <w:pPr>
              <w:spacing w:line="228" w:lineRule="auto"/>
            </w:pPr>
            <w:r>
              <w:rPr>
                <w:b/>
                <w:color w:val="FFFFFF"/>
                <w:sz w:val="18"/>
              </w:rPr>
              <w:t>Pages / Bladsye</w:t>
            </w:r>
          </w:p>
        </w:tc>
        <w:tc>
          <w:tcPr>
            <w:tcW w:w="2649" w:type="dxa"/>
            <w:gridSpan w:val="2"/>
            <w:shd w:val="clear" w:color="auto" w:fill="243746"/>
          </w:tcPr>
          <w:p w14:paraId="2B80DBE2" w14:textId="77777777" w:rsidR="00394B86" w:rsidRDefault="00000000">
            <w:pPr>
              <w:spacing w:line="228" w:lineRule="auto"/>
            </w:pPr>
            <w:r>
              <w:rPr>
                <w:b/>
                <w:color w:val="FFFFFF"/>
                <w:sz w:val="18"/>
              </w:rPr>
              <w:t>Purpose / Doel</w:t>
            </w:r>
          </w:p>
        </w:tc>
      </w:tr>
      <w:tr w:rsidR="00394B86" w14:paraId="04A307EB" w14:textId="77777777" w:rsidTr="00DA3776">
        <w:trPr>
          <w:cantSplit/>
          <w:jc w:val="center"/>
        </w:trPr>
        <w:tc>
          <w:tcPr>
            <w:tcW w:w="2649" w:type="dxa"/>
            <w:tcMar>
              <w:top w:w="110" w:type="dxa"/>
              <w:left w:w="100" w:type="dxa"/>
              <w:bottom w:w="110" w:type="dxa"/>
              <w:right w:w="100" w:type="dxa"/>
            </w:tcMar>
          </w:tcPr>
          <w:p w14:paraId="14A51179" w14:textId="77777777" w:rsidR="00394B86" w:rsidRDefault="00000000">
            <w:pPr>
              <w:spacing w:line="228" w:lineRule="auto"/>
            </w:pPr>
            <w:r>
              <w:rPr>
                <w:sz w:val="18"/>
              </w:rPr>
              <w:t>A</w:t>
            </w:r>
          </w:p>
        </w:tc>
        <w:tc>
          <w:tcPr>
            <w:tcW w:w="2649" w:type="dxa"/>
            <w:tcMar>
              <w:top w:w="110" w:type="dxa"/>
              <w:left w:w="100" w:type="dxa"/>
              <w:bottom w:w="110" w:type="dxa"/>
              <w:right w:w="100" w:type="dxa"/>
            </w:tcMar>
          </w:tcPr>
          <w:p w14:paraId="1B9C1145" w14:textId="77777777" w:rsidR="00394B86" w:rsidRDefault="00000000">
            <w:pPr>
              <w:spacing w:line="228" w:lineRule="auto"/>
            </w:pPr>
            <w:r>
              <w:rPr>
                <w:sz w:val="18"/>
              </w:rPr>
              <w:t>Resident Information Form / Inwoner-inligtingsvorm</w:t>
            </w:r>
          </w:p>
        </w:tc>
        <w:tc>
          <w:tcPr>
            <w:tcW w:w="2649" w:type="dxa"/>
            <w:tcMar>
              <w:top w:w="110" w:type="dxa"/>
              <w:left w:w="100" w:type="dxa"/>
              <w:bottom w:w="110" w:type="dxa"/>
              <w:right w:w="100" w:type="dxa"/>
            </w:tcMar>
          </w:tcPr>
          <w:p w14:paraId="4D4F5464" w14:textId="77777777" w:rsidR="00394B86" w:rsidRDefault="00000000">
            <w:r>
              <w:t>Pages / Bladsye 10-12</w:t>
            </w:r>
          </w:p>
        </w:tc>
        <w:tc>
          <w:tcPr>
            <w:tcW w:w="2649" w:type="dxa"/>
            <w:gridSpan w:val="2"/>
            <w:tcMar>
              <w:top w:w="110" w:type="dxa"/>
              <w:left w:w="100" w:type="dxa"/>
              <w:bottom w:w="110" w:type="dxa"/>
              <w:right w:w="100" w:type="dxa"/>
            </w:tcMar>
          </w:tcPr>
          <w:p w14:paraId="77654F60" w14:textId="77777777" w:rsidR="00394B86" w:rsidRDefault="00000000">
            <w:r>
              <w:rPr>
                <w:sz w:val="18"/>
              </w:rPr>
              <w:t>Resident details, account payer, nearest relatives, doctor and medical aid / Inwonerbesonderhede, rekeningbetaler, naasbestaandes, dokter en mediese fonds</w:t>
            </w:r>
          </w:p>
        </w:tc>
      </w:tr>
      <w:tr w:rsidR="00394B86" w14:paraId="787532B8" w14:textId="77777777" w:rsidTr="00DA3776">
        <w:trPr>
          <w:cantSplit/>
          <w:jc w:val="center"/>
        </w:trPr>
        <w:tc>
          <w:tcPr>
            <w:tcW w:w="2649" w:type="dxa"/>
            <w:tcMar>
              <w:top w:w="110" w:type="dxa"/>
              <w:left w:w="100" w:type="dxa"/>
              <w:bottom w:w="110" w:type="dxa"/>
              <w:right w:w="100" w:type="dxa"/>
            </w:tcMar>
          </w:tcPr>
          <w:p w14:paraId="7D738787" w14:textId="77777777" w:rsidR="00394B86" w:rsidRDefault="00000000">
            <w:pPr>
              <w:spacing w:line="228" w:lineRule="auto"/>
            </w:pPr>
            <w:r>
              <w:rPr>
                <w:sz w:val="18"/>
              </w:rPr>
              <w:t>B</w:t>
            </w:r>
          </w:p>
        </w:tc>
        <w:tc>
          <w:tcPr>
            <w:tcW w:w="2649" w:type="dxa"/>
            <w:tcMar>
              <w:top w:w="110" w:type="dxa"/>
              <w:left w:w="100" w:type="dxa"/>
              <w:bottom w:w="110" w:type="dxa"/>
              <w:right w:w="100" w:type="dxa"/>
            </w:tcMar>
          </w:tcPr>
          <w:p w14:paraId="542338FB" w14:textId="77777777" w:rsidR="00394B86" w:rsidRDefault="00000000">
            <w:pPr>
              <w:spacing w:line="228" w:lineRule="auto"/>
            </w:pPr>
            <w:r>
              <w:rPr>
                <w:sz w:val="18"/>
              </w:rPr>
              <w:t>Security &amp; Access Information / Sekuriteit- &amp; toegangsinligting</w:t>
            </w:r>
          </w:p>
        </w:tc>
        <w:tc>
          <w:tcPr>
            <w:tcW w:w="2649" w:type="dxa"/>
            <w:tcMar>
              <w:top w:w="110" w:type="dxa"/>
              <w:left w:w="100" w:type="dxa"/>
              <w:bottom w:w="110" w:type="dxa"/>
              <w:right w:w="100" w:type="dxa"/>
            </w:tcMar>
          </w:tcPr>
          <w:p w14:paraId="664DE799" w14:textId="77777777" w:rsidR="00394B86" w:rsidRDefault="00000000">
            <w:r>
              <w:t>Pages / Bladsye 13-15</w:t>
            </w:r>
          </w:p>
        </w:tc>
        <w:tc>
          <w:tcPr>
            <w:tcW w:w="2649" w:type="dxa"/>
            <w:gridSpan w:val="2"/>
            <w:tcMar>
              <w:top w:w="110" w:type="dxa"/>
              <w:left w:w="100" w:type="dxa"/>
              <w:bottom w:w="110" w:type="dxa"/>
              <w:right w:w="100" w:type="dxa"/>
            </w:tcMar>
          </w:tcPr>
          <w:p w14:paraId="55BAC06F" w14:textId="77777777" w:rsidR="00394B86" w:rsidRDefault="00000000">
            <w:pPr>
              <w:spacing w:line="228" w:lineRule="auto"/>
            </w:pPr>
            <w:r>
              <w:rPr>
                <w:sz w:val="18"/>
              </w:rPr>
              <w:t>Vehicles, regular visitors, domestic workers and caregivers / Voertuie, gereelde besoekers, huiswerkers en versorgers</w:t>
            </w:r>
          </w:p>
        </w:tc>
      </w:tr>
      <w:tr w:rsidR="00394B86" w14:paraId="664A91AD" w14:textId="77777777" w:rsidTr="00DA3776">
        <w:trPr>
          <w:cantSplit/>
          <w:jc w:val="center"/>
        </w:trPr>
        <w:tc>
          <w:tcPr>
            <w:tcW w:w="2649" w:type="dxa"/>
            <w:tcMar>
              <w:top w:w="110" w:type="dxa"/>
              <w:left w:w="100" w:type="dxa"/>
              <w:bottom w:w="110" w:type="dxa"/>
              <w:right w:w="100" w:type="dxa"/>
            </w:tcMar>
          </w:tcPr>
          <w:p w14:paraId="4327B93A" w14:textId="77777777" w:rsidR="00394B86" w:rsidRDefault="00000000">
            <w:pPr>
              <w:spacing w:line="228" w:lineRule="auto"/>
            </w:pPr>
            <w:r>
              <w:rPr>
                <w:sz w:val="18"/>
              </w:rPr>
              <w:t>C</w:t>
            </w:r>
          </w:p>
        </w:tc>
        <w:tc>
          <w:tcPr>
            <w:tcW w:w="2649" w:type="dxa"/>
            <w:tcMar>
              <w:top w:w="110" w:type="dxa"/>
              <w:left w:w="100" w:type="dxa"/>
              <w:bottom w:w="110" w:type="dxa"/>
              <w:right w:w="100" w:type="dxa"/>
            </w:tcMar>
          </w:tcPr>
          <w:p w14:paraId="65F9ADA0" w14:textId="77777777" w:rsidR="00394B86" w:rsidRDefault="00000000">
            <w:pPr>
              <w:spacing w:line="228" w:lineRule="auto"/>
            </w:pPr>
            <w:r>
              <w:rPr>
                <w:sz w:val="18"/>
              </w:rPr>
              <w:t>Acknowledgement / Erkenning</w:t>
            </w:r>
          </w:p>
        </w:tc>
        <w:tc>
          <w:tcPr>
            <w:tcW w:w="2649" w:type="dxa"/>
            <w:tcMar>
              <w:top w:w="110" w:type="dxa"/>
              <w:left w:w="100" w:type="dxa"/>
              <w:bottom w:w="110" w:type="dxa"/>
              <w:right w:w="100" w:type="dxa"/>
            </w:tcMar>
          </w:tcPr>
          <w:p w14:paraId="3686BEDF" w14:textId="77777777" w:rsidR="00394B86" w:rsidRDefault="00000000">
            <w:r>
              <w:t>Page / Bladsy 16</w:t>
            </w:r>
          </w:p>
        </w:tc>
        <w:tc>
          <w:tcPr>
            <w:tcW w:w="2649" w:type="dxa"/>
            <w:gridSpan w:val="2"/>
            <w:tcMar>
              <w:top w:w="110" w:type="dxa"/>
              <w:left w:w="100" w:type="dxa"/>
              <w:bottom w:w="110" w:type="dxa"/>
              <w:right w:w="100" w:type="dxa"/>
            </w:tcMar>
          </w:tcPr>
          <w:p w14:paraId="6A55527E" w14:textId="77777777" w:rsidR="00394B86" w:rsidRDefault="00000000">
            <w:pPr>
              <w:spacing w:line="228" w:lineRule="auto"/>
            </w:pPr>
            <w:r>
              <w:rPr>
                <w:sz w:val="18"/>
              </w:rPr>
              <w:t>Simple acknowledgement and signatures / Eenvoudige erkenning en handtekeninge</w:t>
            </w:r>
          </w:p>
        </w:tc>
      </w:tr>
    </w:tbl>
    <w:p w14:paraId="55C374E2" w14:textId="77777777" w:rsidR="00394B86" w:rsidRPr="00DA3776" w:rsidRDefault="00000000">
      <w:pPr>
        <w:pStyle w:val="Heading2"/>
        <w:spacing w:line="240" w:lineRule="auto"/>
        <w:rPr>
          <w:u w:val="single"/>
        </w:rPr>
      </w:pPr>
      <w:r w:rsidRPr="00DA3776">
        <w:rPr>
          <w:u w:val="single"/>
        </w:rPr>
        <w:t>Before you hand in the forms / Voordat u die vorms inhandig</w:t>
      </w:r>
    </w:p>
    <w:p w14:paraId="4667F68A" w14:textId="77777777" w:rsidR="00394B86" w:rsidRDefault="00000000">
      <w:pPr>
        <w:spacing w:after="100" w:line="240" w:lineRule="auto"/>
      </w:pPr>
      <w:r>
        <w:t>☐ Check that both residents’ details are complete where applicable. / Maak seker dat beide inwoners se besonderhede voltooi is waar van toepassing.</w:t>
      </w:r>
    </w:p>
    <w:p w14:paraId="1D69F050" w14:textId="77777777" w:rsidR="00394B86" w:rsidRDefault="00000000">
      <w:pPr>
        <w:spacing w:after="100" w:line="240" w:lineRule="auto"/>
      </w:pPr>
      <w:r>
        <w:t>☐ Include the account payer’s contact details. / Sluit die rekeningbetaler se kontakbesonderhede in.</w:t>
      </w:r>
    </w:p>
    <w:p w14:paraId="04350149" w14:textId="77777777" w:rsidR="00394B86" w:rsidRDefault="00000000">
      <w:pPr>
        <w:spacing w:after="100" w:line="240" w:lineRule="auto"/>
      </w:pPr>
      <w:r>
        <w:t>☐ Give at least one nearest-relative contact. / Verskaf minstens een naasbestaande-kontak.</w:t>
      </w:r>
    </w:p>
    <w:p w14:paraId="007F074B" w14:textId="77777777" w:rsidR="00394B86" w:rsidRDefault="00000000">
      <w:pPr>
        <w:spacing w:after="100" w:line="240" w:lineRule="auto"/>
      </w:pPr>
      <w:r>
        <w:t>☐ Complete the medical aid details for each resident where applicable. / Voltooi die mediese fonds-besonderhede vir elke inwoner waar van toepassing.</w:t>
      </w:r>
    </w:p>
    <w:p w14:paraId="24477D72" w14:textId="77777777" w:rsidR="00394B86" w:rsidRDefault="00000000">
      <w:pPr>
        <w:spacing w:after="100" w:line="240" w:lineRule="auto"/>
      </w:pPr>
      <w:r>
        <w:t>☐ Complete vehicle registration details and regular visitor details. / Voltooi voertuigregistrasiebesonderhede en gereelde besoekerbesonderhede.</w:t>
      </w:r>
    </w:p>
    <w:p w14:paraId="65A456E7" w14:textId="77777777" w:rsidR="00394B86" w:rsidRDefault="00000000">
      <w:pPr>
        <w:spacing w:after="100" w:line="240" w:lineRule="auto"/>
      </w:pPr>
      <w:r>
        <w:t>☐ Complete domestic worker/caregiver information and work days. / Voltooi huiswerker-/versorgerinligting en werksdae.</w:t>
      </w:r>
    </w:p>
    <w:p w14:paraId="6CA6D51D" w14:textId="77777777" w:rsidR="00394B86" w:rsidRDefault="00000000">
      <w:pPr>
        <w:spacing w:after="100" w:line="240" w:lineRule="auto"/>
      </w:pPr>
      <w:r>
        <w:t>☐ Sign the acknowledgement before returning the completed forms. / Teken die ontvangserkenning voordat die voltooide vorms terugbesorg word.</w:t>
      </w:r>
    </w:p>
    <w:p w14:paraId="574A9EFD" w14:textId="77777777" w:rsidR="00394B86" w:rsidRDefault="00394B86">
      <w:pPr>
        <w:spacing w:line="240" w:lineRule="auto"/>
      </w:pPr>
    </w:p>
    <w:p w14:paraId="64C227A6" w14:textId="77777777" w:rsidR="00394B86" w:rsidRDefault="00000000">
      <w:pPr>
        <w:keepNext/>
        <w:pageBreakBefore/>
        <w:spacing w:after="40" w:line="240" w:lineRule="auto"/>
        <w:jc w:val="center"/>
      </w:pPr>
      <w:r>
        <w:rPr>
          <w:rFonts w:ascii="Aptos Display" w:hAnsi="Aptos Display"/>
          <w:b/>
          <w:color w:val="243746"/>
          <w:sz w:val="36"/>
        </w:rPr>
        <w:lastRenderedPageBreak/>
        <w:t>FORM A1 - RESIDENT INFORMATION / INWONER-INLIGTING</w:t>
      </w:r>
    </w:p>
    <w:p w14:paraId="0778000C" w14:textId="77777777" w:rsidR="00394B86" w:rsidRDefault="00000000">
      <w:pPr>
        <w:spacing w:line="240" w:lineRule="auto"/>
        <w:jc w:val="center"/>
      </w:pPr>
      <w:r>
        <w:rPr>
          <w:b/>
          <w:color w:val="6E8877"/>
          <w:sz w:val="22"/>
        </w:rPr>
        <w:t>Please complete in clear print / Voltooi asseblief in duidelike drukskrif</w:t>
      </w:r>
    </w:p>
    <w:tbl>
      <w:tblPr>
        <w:tblW w:w="0" w:type="auto"/>
        <w:jc w:val="center"/>
        <w:tblBorders>
          <w:top w:val="single" w:sz="10" w:space="0" w:color="6E8877"/>
          <w:left w:val="single" w:sz="10" w:space="0" w:color="6E8877"/>
          <w:bottom w:val="single" w:sz="10" w:space="0" w:color="6E8877"/>
          <w:right w:val="single" w:sz="10" w:space="0" w:color="6E8877"/>
          <w:insideH w:val="single" w:sz="10" w:space="0" w:color="6E8877"/>
          <w:insideV w:val="single" w:sz="10" w:space="0" w:color="6E8877"/>
        </w:tblBorders>
        <w:tblLook w:val="04A0" w:firstRow="1" w:lastRow="0" w:firstColumn="1" w:lastColumn="0" w:noHBand="0" w:noVBand="1"/>
      </w:tblPr>
      <w:tblGrid>
        <w:gridCol w:w="5132"/>
        <w:gridCol w:w="5120"/>
      </w:tblGrid>
      <w:tr w:rsidR="00394B86" w14:paraId="7F3017AB" w14:textId="77777777">
        <w:trPr>
          <w:cantSplit/>
          <w:jc w:val="center"/>
        </w:trPr>
        <w:tc>
          <w:tcPr>
            <w:tcW w:w="5298" w:type="dxa"/>
            <w:tcMar>
              <w:top w:w="70" w:type="dxa"/>
              <w:left w:w="80" w:type="dxa"/>
              <w:bottom w:w="70" w:type="dxa"/>
              <w:right w:w="80" w:type="dxa"/>
            </w:tcMar>
          </w:tcPr>
          <w:p w14:paraId="21A67FB0" w14:textId="77777777" w:rsidR="00394B86" w:rsidRDefault="00000000">
            <w:pPr>
              <w:spacing w:after="0" w:line="228" w:lineRule="auto"/>
            </w:pPr>
            <w:r>
              <w:rPr>
                <w:b/>
                <w:sz w:val="18"/>
              </w:rPr>
              <w:t>Unit number / Eenheidnommer</w:t>
            </w:r>
          </w:p>
          <w:p w14:paraId="0B7D46AD"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600D161D" w14:textId="77777777" w:rsidR="00394B86" w:rsidRDefault="00000000">
            <w:pPr>
              <w:spacing w:after="0" w:line="228" w:lineRule="auto"/>
            </w:pPr>
            <w:r>
              <w:rPr>
                <w:b/>
                <w:sz w:val="18"/>
              </w:rPr>
              <w:t>Status / Status: Owner / Eienaar ☐   Tenant / Huurder ☐   Resident / Inwoner ☐</w:t>
            </w:r>
          </w:p>
          <w:p w14:paraId="71164A5F" w14:textId="77777777" w:rsidR="00394B86" w:rsidRDefault="00000000">
            <w:pPr>
              <w:spacing w:after="160" w:line="228" w:lineRule="auto"/>
            </w:pPr>
            <w:r>
              <w:rPr>
                <w:sz w:val="22"/>
              </w:rPr>
              <w:t xml:space="preserve"> </w:t>
            </w:r>
          </w:p>
        </w:tc>
      </w:tr>
      <w:tr w:rsidR="00394B86" w14:paraId="0735A3F4" w14:textId="77777777">
        <w:trPr>
          <w:cantSplit/>
          <w:jc w:val="center"/>
        </w:trPr>
        <w:tc>
          <w:tcPr>
            <w:tcW w:w="5298" w:type="dxa"/>
            <w:shd w:val="clear" w:color="auto" w:fill="F3F6F4"/>
          </w:tcPr>
          <w:p w14:paraId="7308F062" w14:textId="77777777" w:rsidR="00394B86" w:rsidRDefault="00000000">
            <w:pPr>
              <w:spacing w:after="0" w:line="228" w:lineRule="auto"/>
            </w:pPr>
            <w:r>
              <w:rPr>
                <w:b/>
                <w:color w:val="243746"/>
                <w:sz w:val="18"/>
              </w:rPr>
              <w:t>RESIDENT 1 / INWONER 1</w:t>
            </w:r>
          </w:p>
        </w:tc>
        <w:tc>
          <w:tcPr>
            <w:tcW w:w="5298" w:type="dxa"/>
            <w:shd w:val="clear" w:color="auto" w:fill="F3F6F4"/>
          </w:tcPr>
          <w:p w14:paraId="38FAC3C8" w14:textId="77777777" w:rsidR="00394B86" w:rsidRDefault="00000000">
            <w:pPr>
              <w:spacing w:after="0" w:line="228" w:lineRule="auto"/>
            </w:pPr>
            <w:r>
              <w:rPr>
                <w:b/>
                <w:color w:val="243746"/>
                <w:sz w:val="18"/>
              </w:rPr>
              <w:t>RESIDENT 2 / INWONER 2</w:t>
            </w:r>
          </w:p>
        </w:tc>
      </w:tr>
      <w:tr w:rsidR="00394B86" w14:paraId="7845CC80" w14:textId="77777777">
        <w:trPr>
          <w:cantSplit/>
          <w:jc w:val="center"/>
        </w:trPr>
        <w:tc>
          <w:tcPr>
            <w:tcW w:w="5298" w:type="dxa"/>
            <w:tcMar>
              <w:top w:w="70" w:type="dxa"/>
              <w:left w:w="80" w:type="dxa"/>
              <w:bottom w:w="70" w:type="dxa"/>
              <w:right w:w="80" w:type="dxa"/>
            </w:tcMar>
          </w:tcPr>
          <w:p w14:paraId="2FDF8861" w14:textId="77777777" w:rsidR="00394B86" w:rsidRDefault="00000000">
            <w:pPr>
              <w:spacing w:after="0" w:line="228" w:lineRule="auto"/>
            </w:pPr>
            <w:r>
              <w:rPr>
                <w:b/>
                <w:sz w:val="18"/>
              </w:rPr>
              <w:t>Title / Titel: Mr/Mnr ☐  Mrs/Mev ☐  Ms/Me ☐  Dr/Dr ☐  Rev/Ds ☐  Other/Ander: __________</w:t>
            </w:r>
          </w:p>
          <w:p w14:paraId="2D7FC8AE"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1A429414" w14:textId="77777777" w:rsidR="00394B86" w:rsidRDefault="00000000">
            <w:pPr>
              <w:spacing w:after="0" w:line="228" w:lineRule="auto"/>
            </w:pPr>
            <w:r>
              <w:rPr>
                <w:b/>
                <w:sz w:val="18"/>
              </w:rPr>
              <w:t>Title / Titel: Mr/Mnr ☐  Mrs/Mev ☐  Ms/Me ☐  Dr/Dr ☐  Rev/Ds ☐  Other/Ander: __________</w:t>
            </w:r>
          </w:p>
          <w:p w14:paraId="07378714" w14:textId="77777777" w:rsidR="00394B86" w:rsidRDefault="00000000">
            <w:pPr>
              <w:spacing w:after="160" w:line="228" w:lineRule="auto"/>
            </w:pPr>
            <w:r>
              <w:rPr>
                <w:sz w:val="22"/>
              </w:rPr>
              <w:t xml:space="preserve"> </w:t>
            </w:r>
          </w:p>
        </w:tc>
      </w:tr>
      <w:tr w:rsidR="00394B86" w14:paraId="5C65F2AD" w14:textId="77777777">
        <w:trPr>
          <w:cantSplit/>
          <w:jc w:val="center"/>
        </w:trPr>
        <w:tc>
          <w:tcPr>
            <w:tcW w:w="5298" w:type="dxa"/>
            <w:tcMar>
              <w:top w:w="70" w:type="dxa"/>
              <w:left w:w="80" w:type="dxa"/>
              <w:bottom w:w="70" w:type="dxa"/>
              <w:right w:w="80" w:type="dxa"/>
            </w:tcMar>
          </w:tcPr>
          <w:p w14:paraId="28C33A38" w14:textId="77777777" w:rsidR="00394B86" w:rsidRDefault="00000000">
            <w:pPr>
              <w:spacing w:after="0" w:line="228" w:lineRule="auto"/>
            </w:pPr>
            <w:r>
              <w:rPr>
                <w:b/>
                <w:sz w:val="18"/>
              </w:rPr>
              <w:t>Initials / Voorletters</w:t>
            </w:r>
          </w:p>
          <w:p w14:paraId="649D4996"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011CF822" w14:textId="77777777" w:rsidR="00394B86" w:rsidRDefault="00000000">
            <w:pPr>
              <w:spacing w:after="0" w:line="228" w:lineRule="auto"/>
            </w:pPr>
            <w:r>
              <w:rPr>
                <w:b/>
                <w:sz w:val="18"/>
              </w:rPr>
              <w:t>Initials / Voorletters</w:t>
            </w:r>
          </w:p>
          <w:p w14:paraId="4F67CE66" w14:textId="77777777" w:rsidR="00394B86" w:rsidRDefault="00000000">
            <w:pPr>
              <w:spacing w:after="160" w:line="228" w:lineRule="auto"/>
            </w:pPr>
            <w:r>
              <w:rPr>
                <w:sz w:val="22"/>
              </w:rPr>
              <w:t xml:space="preserve"> </w:t>
            </w:r>
          </w:p>
        </w:tc>
      </w:tr>
      <w:tr w:rsidR="00394B86" w14:paraId="182A933C" w14:textId="77777777">
        <w:trPr>
          <w:cantSplit/>
          <w:jc w:val="center"/>
        </w:trPr>
        <w:tc>
          <w:tcPr>
            <w:tcW w:w="5298" w:type="dxa"/>
            <w:tcMar>
              <w:top w:w="70" w:type="dxa"/>
              <w:left w:w="80" w:type="dxa"/>
              <w:bottom w:w="70" w:type="dxa"/>
              <w:right w:w="80" w:type="dxa"/>
            </w:tcMar>
          </w:tcPr>
          <w:p w14:paraId="4E1BB110" w14:textId="77777777" w:rsidR="00394B86" w:rsidRDefault="00000000">
            <w:pPr>
              <w:spacing w:after="0" w:line="228" w:lineRule="auto"/>
            </w:pPr>
            <w:r>
              <w:rPr>
                <w:b/>
                <w:sz w:val="18"/>
              </w:rPr>
              <w:t>Surname / Van</w:t>
            </w:r>
          </w:p>
          <w:p w14:paraId="176480F7"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05B44885" w14:textId="77777777" w:rsidR="00394B86" w:rsidRDefault="00000000">
            <w:pPr>
              <w:spacing w:after="0" w:line="228" w:lineRule="auto"/>
            </w:pPr>
            <w:r>
              <w:rPr>
                <w:b/>
                <w:sz w:val="18"/>
              </w:rPr>
              <w:t>Surname / Van</w:t>
            </w:r>
          </w:p>
          <w:p w14:paraId="704EC00D" w14:textId="77777777" w:rsidR="00394B86" w:rsidRDefault="00000000">
            <w:pPr>
              <w:spacing w:after="160" w:line="228" w:lineRule="auto"/>
            </w:pPr>
            <w:r>
              <w:rPr>
                <w:sz w:val="22"/>
              </w:rPr>
              <w:t xml:space="preserve"> </w:t>
            </w:r>
          </w:p>
        </w:tc>
      </w:tr>
      <w:tr w:rsidR="00394B86" w14:paraId="6741435F" w14:textId="77777777">
        <w:trPr>
          <w:cantSplit/>
          <w:jc w:val="center"/>
        </w:trPr>
        <w:tc>
          <w:tcPr>
            <w:tcW w:w="5298" w:type="dxa"/>
            <w:tcMar>
              <w:top w:w="70" w:type="dxa"/>
              <w:left w:w="80" w:type="dxa"/>
              <w:bottom w:w="70" w:type="dxa"/>
              <w:right w:w="80" w:type="dxa"/>
            </w:tcMar>
          </w:tcPr>
          <w:p w14:paraId="345F167A" w14:textId="77777777" w:rsidR="00394B86" w:rsidRDefault="00000000">
            <w:pPr>
              <w:spacing w:after="0" w:line="228" w:lineRule="auto"/>
            </w:pPr>
            <w:r>
              <w:rPr>
                <w:b/>
                <w:sz w:val="18"/>
              </w:rPr>
              <w:t>Full names / Volle name</w:t>
            </w:r>
          </w:p>
          <w:p w14:paraId="3EEE0A35" w14:textId="77777777" w:rsidR="00394B86" w:rsidRDefault="00000000">
            <w:pPr>
              <w:spacing w:after="160" w:line="228" w:lineRule="auto"/>
            </w:pPr>
            <w:r>
              <w:rPr>
                <w:sz w:val="22"/>
              </w:rPr>
              <w:t xml:space="preserve"> </w:t>
            </w:r>
          </w:p>
          <w:p w14:paraId="4D0A5C75"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2189E01A" w14:textId="77777777" w:rsidR="00394B86" w:rsidRDefault="00000000">
            <w:pPr>
              <w:spacing w:after="0" w:line="228" w:lineRule="auto"/>
            </w:pPr>
            <w:r>
              <w:rPr>
                <w:b/>
                <w:sz w:val="18"/>
              </w:rPr>
              <w:t>Full names / Volle name</w:t>
            </w:r>
          </w:p>
          <w:p w14:paraId="416718FE" w14:textId="77777777" w:rsidR="00394B86" w:rsidRDefault="00000000">
            <w:pPr>
              <w:spacing w:after="160" w:line="228" w:lineRule="auto"/>
            </w:pPr>
            <w:r>
              <w:rPr>
                <w:sz w:val="22"/>
              </w:rPr>
              <w:t xml:space="preserve"> </w:t>
            </w:r>
          </w:p>
          <w:p w14:paraId="2B36900E" w14:textId="77777777" w:rsidR="00394B86" w:rsidRDefault="00000000">
            <w:pPr>
              <w:spacing w:after="160" w:line="228" w:lineRule="auto"/>
            </w:pPr>
            <w:r>
              <w:rPr>
                <w:sz w:val="22"/>
              </w:rPr>
              <w:t xml:space="preserve"> </w:t>
            </w:r>
          </w:p>
        </w:tc>
      </w:tr>
      <w:tr w:rsidR="00394B86" w14:paraId="3E6887DB" w14:textId="77777777">
        <w:trPr>
          <w:cantSplit/>
          <w:jc w:val="center"/>
        </w:trPr>
        <w:tc>
          <w:tcPr>
            <w:tcW w:w="5298" w:type="dxa"/>
            <w:tcMar>
              <w:top w:w="70" w:type="dxa"/>
              <w:left w:w="80" w:type="dxa"/>
              <w:bottom w:w="70" w:type="dxa"/>
              <w:right w:w="80" w:type="dxa"/>
            </w:tcMar>
          </w:tcPr>
          <w:p w14:paraId="4DC28EFE" w14:textId="77777777" w:rsidR="00394B86" w:rsidRDefault="00000000">
            <w:pPr>
              <w:spacing w:after="0" w:line="228" w:lineRule="auto"/>
            </w:pPr>
            <w:r>
              <w:rPr>
                <w:b/>
                <w:sz w:val="18"/>
              </w:rPr>
              <w:t>First name / Noemnaam</w:t>
            </w:r>
          </w:p>
          <w:p w14:paraId="3BF48D4D"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2FDD9372" w14:textId="77777777" w:rsidR="00394B86" w:rsidRDefault="00000000">
            <w:pPr>
              <w:spacing w:after="0" w:line="228" w:lineRule="auto"/>
            </w:pPr>
            <w:r>
              <w:rPr>
                <w:b/>
                <w:sz w:val="18"/>
              </w:rPr>
              <w:t>First name / Noemnaam</w:t>
            </w:r>
          </w:p>
          <w:p w14:paraId="626E5966" w14:textId="77777777" w:rsidR="00394B86" w:rsidRDefault="00000000">
            <w:pPr>
              <w:spacing w:after="160" w:line="228" w:lineRule="auto"/>
            </w:pPr>
            <w:r>
              <w:rPr>
                <w:sz w:val="22"/>
              </w:rPr>
              <w:t xml:space="preserve"> </w:t>
            </w:r>
          </w:p>
        </w:tc>
      </w:tr>
      <w:tr w:rsidR="00394B86" w14:paraId="3BDACB15" w14:textId="77777777">
        <w:trPr>
          <w:cantSplit/>
          <w:jc w:val="center"/>
        </w:trPr>
        <w:tc>
          <w:tcPr>
            <w:tcW w:w="5298" w:type="dxa"/>
            <w:tcMar>
              <w:top w:w="70" w:type="dxa"/>
              <w:left w:w="80" w:type="dxa"/>
              <w:bottom w:w="70" w:type="dxa"/>
              <w:right w:w="80" w:type="dxa"/>
            </w:tcMar>
          </w:tcPr>
          <w:p w14:paraId="4B30A251" w14:textId="77777777" w:rsidR="00394B86" w:rsidRDefault="00000000">
            <w:pPr>
              <w:spacing w:after="0" w:line="228" w:lineRule="auto"/>
            </w:pPr>
            <w:r>
              <w:rPr>
                <w:b/>
                <w:sz w:val="18"/>
              </w:rPr>
              <w:t>ID number / ID-nommer</w:t>
            </w:r>
          </w:p>
          <w:p w14:paraId="23CFDB63"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78203642" w14:textId="77777777" w:rsidR="00394B86" w:rsidRDefault="00000000">
            <w:pPr>
              <w:spacing w:after="0" w:line="228" w:lineRule="auto"/>
            </w:pPr>
            <w:r>
              <w:rPr>
                <w:b/>
                <w:sz w:val="18"/>
              </w:rPr>
              <w:t>ID number / ID-nommer</w:t>
            </w:r>
          </w:p>
          <w:p w14:paraId="06CE8541" w14:textId="77777777" w:rsidR="00394B86" w:rsidRDefault="00000000">
            <w:pPr>
              <w:spacing w:after="160" w:line="228" w:lineRule="auto"/>
            </w:pPr>
            <w:r>
              <w:rPr>
                <w:sz w:val="22"/>
              </w:rPr>
              <w:t xml:space="preserve"> </w:t>
            </w:r>
          </w:p>
        </w:tc>
      </w:tr>
      <w:tr w:rsidR="00394B86" w14:paraId="1FFBE513" w14:textId="77777777">
        <w:trPr>
          <w:cantSplit/>
          <w:jc w:val="center"/>
        </w:trPr>
        <w:tc>
          <w:tcPr>
            <w:tcW w:w="5298" w:type="dxa"/>
            <w:tcMar>
              <w:top w:w="70" w:type="dxa"/>
              <w:left w:w="80" w:type="dxa"/>
              <w:bottom w:w="70" w:type="dxa"/>
              <w:right w:w="80" w:type="dxa"/>
            </w:tcMar>
          </w:tcPr>
          <w:p w14:paraId="53ADAE82" w14:textId="77777777" w:rsidR="00394B86" w:rsidRDefault="00000000">
            <w:pPr>
              <w:spacing w:after="0" w:line="228" w:lineRule="auto"/>
            </w:pPr>
            <w:r>
              <w:rPr>
                <w:b/>
                <w:sz w:val="18"/>
              </w:rPr>
              <w:t>Language / Taal: English ☐  Afrikaans ☐</w:t>
            </w:r>
          </w:p>
          <w:p w14:paraId="490C8ED0"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01CF9663" w14:textId="77777777" w:rsidR="00394B86" w:rsidRDefault="00000000">
            <w:pPr>
              <w:spacing w:after="0" w:line="228" w:lineRule="auto"/>
            </w:pPr>
            <w:r>
              <w:rPr>
                <w:b/>
                <w:sz w:val="18"/>
              </w:rPr>
              <w:t>Language / Taal: English ☐  Afrikaans ☐</w:t>
            </w:r>
          </w:p>
          <w:p w14:paraId="13C8F8C2" w14:textId="77777777" w:rsidR="00394B86" w:rsidRDefault="00000000">
            <w:pPr>
              <w:spacing w:after="160" w:line="228" w:lineRule="auto"/>
            </w:pPr>
            <w:r>
              <w:rPr>
                <w:sz w:val="22"/>
              </w:rPr>
              <w:t xml:space="preserve"> </w:t>
            </w:r>
          </w:p>
        </w:tc>
      </w:tr>
    </w:tbl>
    <w:p w14:paraId="1D8FD608" w14:textId="77777777" w:rsidR="00394B86" w:rsidRDefault="00000000">
      <w:pPr>
        <w:pStyle w:val="Heading2"/>
        <w:spacing w:line="240" w:lineRule="auto"/>
      </w:pPr>
      <w:r>
        <w:t>Telephone numbers / Telefoonnommers</w:t>
      </w:r>
    </w:p>
    <w:tbl>
      <w:tblPr>
        <w:tblW w:w="0" w:type="auto"/>
        <w:jc w:val="center"/>
        <w:tblLook w:val="04A0" w:firstRow="1" w:lastRow="0" w:firstColumn="1" w:lastColumn="0" w:noHBand="0" w:noVBand="1"/>
      </w:tblPr>
      <w:tblGrid>
        <w:gridCol w:w="5126"/>
        <w:gridCol w:w="5126"/>
      </w:tblGrid>
      <w:tr w:rsidR="00394B86" w14:paraId="2EDB8007" w14:textId="77777777">
        <w:trPr>
          <w:cantSplit/>
          <w:jc w:val="center"/>
        </w:trPr>
        <w:tc>
          <w:tcPr>
            <w:tcW w:w="5298" w:type="dxa"/>
            <w:tcMar>
              <w:top w:w="70" w:type="dxa"/>
              <w:left w:w="80" w:type="dxa"/>
              <w:bottom w:w="70" w:type="dxa"/>
              <w:right w:w="80" w:type="dxa"/>
            </w:tcMar>
          </w:tcPr>
          <w:p w14:paraId="3212B95D" w14:textId="77777777" w:rsidR="00394B86" w:rsidRDefault="00000000">
            <w:pPr>
              <w:spacing w:line="228" w:lineRule="auto"/>
            </w:pPr>
            <w:r>
              <w:rPr>
                <w:b/>
                <w:sz w:val="19"/>
              </w:rPr>
              <w:t>Home phone / Huistelefoon</w:t>
            </w:r>
          </w:p>
          <w:p w14:paraId="135DF111"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15F5C935" w14:textId="77777777" w:rsidR="00394B86" w:rsidRDefault="00000000">
            <w:pPr>
              <w:spacing w:line="228" w:lineRule="auto"/>
            </w:pPr>
            <w:r>
              <w:rPr>
                <w:b/>
                <w:sz w:val="19"/>
              </w:rPr>
              <w:t>Fax / Faks</w:t>
            </w:r>
          </w:p>
          <w:p w14:paraId="1134BA4B" w14:textId="77777777" w:rsidR="00394B86" w:rsidRDefault="00000000">
            <w:pPr>
              <w:spacing w:after="40" w:line="228" w:lineRule="auto"/>
            </w:pPr>
            <w:r>
              <w:rPr>
                <w:sz w:val="19"/>
              </w:rPr>
              <w:t>____________________________________________</w:t>
            </w:r>
          </w:p>
        </w:tc>
      </w:tr>
      <w:tr w:rsidR="00394B86" w14:paraId="16F06DA5" w14:textId="77777777">
        <w:trPr>
          <w:cantSplit/>
          <w:jc w:val="center"/>
        </w:trPr>
        <w:tc>
          <w:tcPr>
            <w:tcW w:w="5298" w:type="dxa"/>
            <w:tcMar>
              <w:top w:w="70" w:type="dxa"/>
              <w:left w:w="80" w:type="dxa"/>
              <w:bottom w:w="70" w:type="dxa"/>
              <w:right w:w="80" w:type="dxa"/>
            </w:tcMar>
          </w:tcPr>
          <w:p w14:paraId="35CB4989" w14:textId="77777777" w:rsidR="00394B86" w:rsidRDefault="00000000">
            <w:pPr>
              <w:spacing w:line="228" w:lineRule="auto"/>
            </w:pPr>
            <w:r>
              <w:rPr>
                <w:b/>
                <w:sz w:val="19"/>
              </w:rPr>
              <w:t>E-mail / E-pos</w:t>
            </w:r>
          </w:p>
          <w:p w14:paraId="52D0E110"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325709EA" w14:textId="77777777" w:rsidR="00394B86" w:rsidRDefault="00000000">
            <w:pPr>
              <w:spacing w:line="228" w:lineRule="auto"/>
            </w:pPr>
            <w:r>
              <w:rPr>
                <w:b/>
                <w:sz w:val="19"/>
              </w:rPr>
              <w:t>Mobile phones / Selfone: Resident 1 / Inwoner 1 __________________  Resident 2 / Inwoner 2 __________________</w:t>
            </w:r>
          </w:p>
          <w:p w14:paraId="50242D73" w14:textId="77777777" w:rsidR="00394B86" w:rsidRDefault="00000000">
            <w:pPr>
              <w:spacing w:after="40" w:line="228" w:lineRule="auto"/>
            </w:pPr>
            <w:r>
              <w:rPr>
                <w:sz w:val="19"/>
              </w:rPr>
              <w:t>____________________________________________</w:t>
            </w:r>
          </w:p>
        </w:tc>
      </w:tr>
    </w:tbl>
    <w:p w14:paraId="20AB16C1" w14:textId="77777777" w:rsidR="00394B86" w:rsidRDefault="00394B86">
      <w:pPr>
        <w:spacing w:line="240" w:lineRule="auto"/>
      </w:pPr>
    </w:p>
    <w:p w14:paraId="5E94AC59" w14:textId="77777777" w:rsidR="00394B86" w:rsidRDefault="00000000">
      <w:pPr>
        <w:keepNext/>
        <w:pageBreakBefore/>
        <w:spacing w:after="40" w:line="240" w:lineRule="auto"/>
        <w:jc w:val="center"/>
      </w:pPr>
      <w:r>
        <w:rPr>
          <w:rFonts w:ascii="Aptos Display" w:hAnsi="Aptos Display"/>
          <w:b/>
          <w:color w:val="243746"/>
          <w:sz w:val="36"/>
        </w:rPr>
        <w:lastRenderedPageBreak/>
        <w:t>FORM A2 - CONTACTS &amp; DOCTOR / KONTAKTE &amp; DOKTER</w:t>
      </w:r>
    </w:p>
    <w:p w14:paraId="08A4C20E" w14:textId="77777777" w:rsidR="00394B86" w:rsidRDefault="00000000">
      <w:pPr>
        <w:pStyle w:val="Heading2"/>
        <w:spacing w:line="240" w:lineRule="auto"/>
      </w:pPr>
      <w:r>
        <w:t>Person responsible for paying the account / Persoon verantwoordelik vir betaling van die rekening</w:t>
      </w:r>
    </w:p>
    <w:tbl>
      <w:tblPr>
        <w:tblW w:w="0" w:type="auto"/>
        <w:jc w:val="center"/>
        <w:tblLook w:val="04A0" w:firstRow="1" w:lastRow="0" w:firstColumn="1" w:lastColumn="0" w:noHBand="0" w:noVBand="1"/>
      </w:tblPr>
      <w:tblGrid>
        <w:gridCol w:w="5126"/>
        <w:gridCol w:w="5126"/>
      </w:tblGrid>
      <w:tr w:rsidR="00394B86" w14:paraId="12CBFA6C" w14:textId="77777777">
        <w:trPr>
          <w:cantSplit/>
          <w:jc w:val="center"/>
        </w:trPr>
        <w:tc>
          <w:tcPr>
            <w:tcW w:w="5298" w:type="dxa"/>
            <w:tcMar>
              <w:top w:w="70" w:type="dxa"/>
              <w:left w:w="80" w:type="dxa"/>
              <w:bottom w:w="70" w:type="dxa"/>
              <w:right w:w="80" w:type="dxa"/>
            </w:tcMar>
          </w:tcPr>
          <w:p w14:paraId="33B53FE5" w14:textId="77777777" w:rsidR="00394B86" w:rsidRDefault="00000000">
            <w:pPr>
              <w:spacing w:line="228" w:lineRule="auto"/>
            </w:pPr>
            <w:r>
              <w:rPr>
                <w:b/>
                <w:sz w:val="18"/>
              </w:rPr>
              <w:t>Name / Naam</w:t>
            </w:r>
          </w:p>
          <w:p w14:paraId="4B60FF7E"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633673AA" w14:textId="77777777" w:rsidR="00394B86" w:rsidRDefault="00000000">
            <w:pPr>
              <w:spacing w:line="228" w:lineRule="auto"/>
            </w:pPr>
            <w:r>
              <w:rPr>
                <w:b/>
                <w:sz w:val="18"/>
              </w:rPr>
              <w:t>Relationship / Verwantskap</w:t>
            </w:r>
          </w:p>
          <w:p w14:paraId="3B003A5E" w14:textId="77777777" w:rsidR="00394B86" w:rsidRDefault="00000000">
            <w:pPr>
              <w:spacing w:after="40" w:line="228" w:lineRule="auto"/>
            </w:pPr>
            <w:r>
              <w:rPr>
                <w:sz w:val="18"/>
              </w:rPr>
              <w:t>____________________________________________</w:t>
            </w:r>
          </w:p>
        </w:tc>
      </w:tr>
      <w:tr w:rsidR="00394B86" w14:paraId="1C4D32AE" w14:textId="77777777">
        <w:trPr>
          <w:cantSplit/>
          <w:jc w:val="center"/>
        </w:trPr>
        <w:tc>
          <w:tcPr>
            <w:tcW w:w="5298" w:type="dxa"/>
            <w:tcMar>
              <w:top w:w="70" w:type="dxa"/>
              <w:left w:w="80" w:type="dxa"/>
              <w:bottom w:w="70" w:type="dxa"/>
              <w:right w:w="80" w:type="dxa"/>
            </w:tcMar>
          </w:tcPr>
          <w:p w14:paraId="3652C5A5" w14:textId="77777777" w:rsidR="00394B86" w:rsidRDefault="00000000">
            <w:pPr>
              <w:spacing w:line="228" w:lineRule="auto"/>
            </w:pPr>
            <w:r>
              <w:rPr>
                <w:b/>
                <w:sz w:val="18"/>
              </w:rPr>
              <w:t>Telephone / Telefoon</w:t>
            </w:r>
          </w:p>
          <w:p w14:paraId="20751E90"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48224910" w14:textId="77777777" w:rsidR="00394B86" w:rsidRDefault="00000000">
            <w:pPr>
              <w:spacing w:line="228" w:lineRule="auto"/>
            </w:pPr>
            <w:r>
              <w:rPr>
                <w:b/>
                <w:sz w:val="18"/>
              </w:rPr>
              <w:t>Mobile / Selfoon</w:t>
            </w:r>
          </w:p>
          <w:p w14:paraId="6659C0FA" w14:textId="77777777" w:rsidR="00394B86" w:rsidRDefault="00000000">
            <w:pPr>
              <w:spacing w:after="40" w:line="228" w:lineRule="auto"/>
            </w:pPr>
            <w:r>
              <w:rPr>
                <w:sz w:val="18"/>
              </w:rPr>
              <w:t>____________________________________________</w:t>
            </w:r>
          </w:p>
        </w:tc>
      </w:tr>
      <w:tr w:rsidR="00394B86" w14:paraId="4A2924FC" w14:textId="77777777">
        <w:trPr>
          <w:cantSplit/>
          <w:jc w:val="center"/>
        </w:trPr>
        <w:tc>
          <w:tcPr>
            <w:tcW w:w="5298" w:type="dxa"/>
            <w:tcMar>
              <w:top w:w="70" w:type="dxa"/>
              <w:left w:w="80" w:type="dxa"/>
              <w:bottom w:w="70" w:type="dxa"/>
              <w:right w:w="80" w:type="dxa"/>
            </w:tcMar>
          </w:tcPr>
          <w:p w14:paraId="589DFA5A" w14:textId="77777777" w:rsidR="00394B86" w:rsidRDefault="00000000">
            <w:pPr>
              <w:spacing w:line="228" w:lineRule="auto"/>
            </w:pPr>
            <w:r>
              <w:rPr>
                <w:b/>
                <w:sz w:val="19"/>
              </w:rPr>
              <w:t>E-mail / E-pos</w:t>
            </w:r>
          </w:p>
          <w:p w14:paraId="3F9A30ED"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1953D2F6" w14:textId="77777777" w:rsidR="00394B86" w:rsidRDefault="00000000">
            <w:pPr>
              <w:spacing w:line="228" w:lineRule="auto"/>
            </w:pPr>
            <w:r>
              <w:rPr>
                <w:b/>
                <w:sz w:val="19"/>
              </w:rPr>
              <w:t>Fax / Faks</w:t>
            </w:r>
          </w:p>
          <w:p w14:paraId="3FD0D932" w14:textId="77777777" w:rsidR="00394B86" w:rsidRDefault="00000000">
            <w:pPr>
              <w:spacing w:after="40" w:line="228" w:lineRule="auto"/>
            </w:pPr>
            <w:r>
              <w:rPr>
                <w:sz w:val="19"/>
              </w:rPr>
              <w:t>____________________________________________</w:t>
            </w:r>
          </w:p>
        </w:tc>
      </w:tr>
    </w:tbl>
    <w:p w14:paraId="277CBEE0" w14:textId="77777777" w:rsidR="00394B86" w:rsidRDefault="00000000">
      <w:pPr>
        <w:pStyle w:val="Heading2"/>
        <w:spacing w:line="240" w:lineRule="auto"/>
      </w:pPr>
      <w:r>
        <w:t>Nearest relatives / Naasbestaandes</w:t>
      </w:r>
    </w:p>
    <w:tbl>
      <w:tblPr>
        <w:tblW w:w="0" w:type="auto"/>
        <w:jc w:val="center"/>
        <w:tblLook w:val="04A0" w:firstRow="1" w:lastRow="0" w:firstColumn="1" w:lastColumn="0" w:noHBand="0" w:noVBand="1"/>
      </w:tblPr>
      <w:tblGrid>
        <w:gridCol w:w="5154"/>
        <w:gridCol w:w="5154"/>
      </w:tblGrid>
      <w:tr w:rsidR="00394B86" w14:paraId="30736F1C" w14:textId="77777777">
        <w:trPr>
          <w:cantSplit/>
          <w:jc w:val="center"/>
        </w:trPr>
        <w:tc>
          <w:tcPr>
            <w:tcW w:w="5298" w:type="dxa"/>
            <w:shd w:val="clear" w:color="auto" w:fill="F3F6F4"/>
          </w:tcPr>
          <w:p w14:paraId="77B35D5B" w14:textId="77777777" w:rsidR="00394B86" w:rsidRDefault="00000000">
            <w:pPr>
              <w:spacing w:line="228" w:lineRule="auto"/>
            </w:pPr>
            <w:r>
              <w:rPr>
                <w:b/>
                <w:sz w:val="18"/>
              </w:rPr>
              <w:t>RELATIVE 1 / NAASBESTAANDE 1</w:t>
            </w:r>
          </w:p>
        </w:tc>
        <w:tc>
          <w:tcPr>
            <w:tcW w:w="5298" w:type="dxa"/>
            <w:shd w:val="clear" w:color="auto" w:fill="F3F6F4"/>
          </w:tcPr>
          <w:p w14:paraId="37115EED" w14:textId="77777777" w:rsidR="00394B86" w:rsidRDefault="00000000">
            <w:pPr>
              <w:spacing w:line="228" w:lineRule="auto"/>
            </w:pPr>
            <w:r>
              <w:rPr>
                <w:b/>
                <w:sz w:val="18"/>
              </w:rPr>
              <w:t>RELATIVE 2 / NAASBESTAANDE 2</w:t>
            </w:r>
          </w:p>
        </w:tc>
      </w:tr>
      <w:tr w:rsidR="00394B86" w14:paraId="0B44B248" w14:textId="77777777">
        <w:trPr>
          <w:cantSplit/>
          <w:jc w:val="center"/>
        </w:trPr>
        <w:tc>
          <w:tcPr>
            <w:tcW w:w="5298" w:type="dxa"/>
            <w:tcMar>
              <w:top w:w="70" w:type="dxa"/>
              <w:left w:w="80" w:type="dxa"/>
              <w:bottom w:w="70" w:type="dxa"/>
              <w:right w:w="80" w:type="dxa"/>
            </w:tcMar>
          </w:tcPr>
          <w:p w14:paraId="577A43D0" w14:textId="77777777" w:rsidR="00394B86" w:rsidRDefault="00000000">
            <w:pPr>
              <w:spacing w:line="228" w:lineRule="auto"/>
            </w:pPr>
            <w:r>
              <w:rPr>
                <w:b/>
                <w:sz w:val="18"/>
              </w:rPr>
              <w:t>Name / Naam</w:t>
            </w:r>
          </w:p>
          <w:p w14:paraId="088856B6"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717336EA" w14:textId="77777777" w:rsidR="00394B86" w:rsidRDefault="00000000">
            <w:pPr>
              <w:spacing w:line="228" w:lineRule="auto"/>
            </w:pPr>
            <w:r>
              <w:rPr>
                <w:b/>
                <w:sz w:val="18"/>
              </w:rPr>
              <w:t>Name / Naam</w:t>
            </w:r>
          </w:p>
          <w:p w14:paraId="6C0EB50D" w14:textId="77777777" w:rsidR="00394B86" w:rsidRDefault="00000000">
            <w:pPr>
              <w:spacing w:after="40" w:line="228" w:lineRule="auto"/>
            </w:pPr>
            <w:r>
              <w:rPr>
                <w:sz w:val="18"/>
              </w:rPr>
              <w:t>____________________________________________</w:t>
            </w:r>
          </w:p>
        </w:tc>
      </w:tr>
      <w:tr w:rsidR="00394B86" w14:paraId="0605AAD9" w14:textId="77777777">
        <w:trPr>
          <w:cantSplit/>
          <w:jc w:val="center"/>
        </w:trPr>
        <w:tc>
          <w:tcPr>
            <w:tcW w:w="5298" w:type="dxa"/>
            <w:tcMar>
              <w:top w:w="70" w:type="dxa"/>
              <w:left w:w="80" w:type="dxa"/>
              <w:bottom w:w="70" w:type="dxa"/>
              <w:right w:w="80" w:type="dxa"/>
            </w:tcMar>
          </w:tcPr>
          <w:p w14:paraId="65781FB0" w14:textId="77777777" w:rsidR="00394B86" w:rsidRDefault="00000000">
            <w:pPr>
              <w:spacing w:line="228" w:lineRule="auto"/>
            </w:pPr>
            <w:r>
              <w:rPr>
                <w:b/>
                <w:sz w:val="18"/>
              </w:rPr>
              <w:t>Relationship / Verwantskap</w:t>
            </w:r>
          </w:p>
          <w:p w14:paraId="4C64913B"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49246CA9" w14:textId="77777777" w:rsidR="00394B86" w:rsidRDefault="00000000">
            <w:pPr>
              <w:spacing w:line="228" w:lineRule="auto"/>
            </w:pPr>
            <w:r>
              <w:rPr>
                <w:b/>
                <w:sz w:val="18"/>
              </w:rPr>
              <w:t>Relationship / Verwantskap</w:t>
            </w:r>
          </w:p>
          <w:p w14:paraId="15695C46" w14:textId="77777777" w:rsidR="00394B86" w:rsidRDefault="00000000">
            <w:pPr>
              <w:spacing w:after="40" w:line="228" w:lineRule="auto"/>
            </w:pPr>
            <w:r>
              <w:rPr>
                <w:sz w:val="18"/>
              </w:rPr>
              <w:t>____________________________________________</w:t>
            </w:r>
          </w:p>
        </w:tc>
      </w:tr>
      <w:tr w:rsidR="00394B86" w14:paraId="3069FD68" w14:textId="77777777">
        <w:trPr>
          <w:cantSplit/>
          <w:jc w:val="center"/>
        </w:trPr>
        <w:tc>
          <w:tcPr>
            <w:tcW w:w="5298" w:type="dxa"/>
            <w:tcMar>
              <w:top w:w="70" w:type="dxa"/>
              <w:left w:w="80" w:type="dxa"/>
              <w:bottom w:w="70" w:type="dxa"/>
              <w:right w:w="80" w:type="dxa"/>
            </w:tcMar>
          </w:tcPr>
          <w:p w14:paraId="2277E9E7" w14:textId="77777777" w:rsidR="00394B86" w:rsidRDefault="00000000">
            <w:pPr>
              <w:spacing w:line="228" w:lineRule="auto"/>
            </w:pPr>
            <w:r>
              <w:rPr>
                <w:b/>
                <w:sz w:val="18"/>
              </w:rPr>
              <w:t>Address / Adres</w:t>
            </w:r>
          </w:p>
          <w:p w14:paraId="6D54F6B1" w14:textId="77777777" w:rsidR="00394B86" w:rsidRDefault="00000000">
            <w:pPr>
              <w:spacing w:after="40" w:line="228" w:lineRule="auto"/>
            </w:pPr>
            <w:r>
              <w:rPr>
                <w:sz w:val="18"/>
              </w:rPr>
              <w:t>____________________________________________</w:t>
            </w:r>
          </w:p>
          <w:p w14:paraId="6F88D1D8" w14:textId="77777777" w:rsidR="00394B86" w:rsidRDefault="00000000">
            <w:pPr>
              <w:spacing w:after="40" w:line="228" w:lineRule="auto"/>
            </w:pPr>
            <w:r>
              <w:rPr>
                <w:sz w:val="18"/>
              </w:rPr>
              <w:t>____________________________________________</w:t>
            </w:r>
          </w:p>
          <w:p w14:paraId="6EE73AE2"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37CAF433" w14:textId="77777777" w:rsidR="00394B86" w:rsidRDefault="00000000">
            <w:pPr>
              <w:spacing w:line="228" w:lineRule="auto"/>
            </w:pPr>
            <w:r>
              <w:rPr>
                <w:b/>
                <w:sz w:val="18"/>
              </w:rPr>
              <w:t>Address / Adres</w:t>
            </w:r>
          </w:p>
          <w:p w14:paraId="00072B5D" w14:textId="77777777" w:rsidR="00394B86" w:rsidRDefault="00000000">
            <w:pPr>
              <w:spacing w:after="40" w:line="228" w:lineRule="auto"/>
            </w:pPr>
            <w:r>
              <w:rPr>
                <w:sz w:val="18"/>
              </w:rPr>
              <w:t>____________________________________________</w:t>
            </w:r>
          </w:p>
          <w:p w14:paraId="2E17324D" w14:textId="77777777" w:rsidR="00394B86" w:rsidRDefault="00000000">
            <w:pPr>
              <w:spacing w:after="40" w:line="228" w:lineRule="auto"/>
            </w:pPr>
            <w:r>
              <w:rPr>
                <w:sz w:val="18"/>
              </w:rPr>
              <w:t>____________________________________________</w:t>
            </w:r>
          </w:p>
          <w:p w14:paraId="4AF1918F" w14:textId="77777777" w:rsidR="00394B86" w:rsidRDefault="00000000">
            <w:pPr>
              <w:spacing w:after="40" w:line="228" w:lineRule="auto"/>
            </w:pPr>
            <w:r>
              <w:rPr>
                <w:sz w:val="18"/>
              </w:rPr>
              <w:t>____________________________________________</w:t>
            </w:r>
          </w:p>
        </w:tc>
      </w:tr>
      <w:tr w:rsidR="00394B86" w14:paraId="3073FA41" w14:textId="77777777">
        <w:trPr>
          <w:cantSplit/>
          <w:jc w:val="center"/>
        </w:trPr>
        <w:tc>
          <w:tcPr>
            <w:tcW w:w="5298" w:type="dxa"/>
            <w:tcMar>
              <w:top w:w="70" w:type="dxa"/>
              <w:left w:w="80" w:type="dxa"/>
              <w:bottom w:w="70" w:type="dxa"/>
              <w:right w:w="80" w:type="dxa"/>
            </w:tcMar>
          </w:tcPr>
          <w:p w14:paraId="6D2B4C2E" w14:textId="77777777" w:rsidR="00394B86" w:rsidRDefault="00000000">
            <w:pPr>
              <w:spacing w:line="228" w:lineRule="auto"/>
            </w:pPr>
            <w:r>
              <w:rPr>
                <w:b/>
                <w:sz w:val="18"/>
              </w:rPr>
              <w:t>Telephone / Telefoon</w:t>
            </w:r>
          </w:p>
          <w:p w14:paraId="311672E7"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4542DADD" w14:textId="77777777" w:rsidR="00394B86" w:rsidRDefault="00000000">
            <w:pPr>
              <w:spacing w:line="228" w:lineRule="auto"/>
            </w:pPr>
            <w:r>
              <w:rPr>
                <w:b/>
                <w:sz w:val="18"/>
              </w:rPr>
              <w:t>Telephone / Telefoon</w:t>
            </w:r>
          </w:p>
          <w:p w14:paraId="30D32D0C" w14:textId="77777777" w:rsidR="00394B86" w:rsidRDefault="00000000">
            <w:pPr>
              <w:spacing w:after="40" w:line="228" w:lineRule="auto"/>
            </w:pPr>
            <w:r>
              <w:rPr>
                <w:sz w:val="18"/>
              </w:rPr>
              <w:t>____________________________________________</w:t>
            </w:r>
          </w:p>
        </w:tc>
      </w:tr>
      <w:tr w:rsidR="00394B86" w14:paraId="13BEB529" w14:textId="77777777">
        <w:trPr>
          <w:cantSplit/>
          <w:jc w:val="center"/>
        </w:trPr>
        <w:tc>
          <w:tcPr>
            <w:tcW w:w="5298" w:type="dxa"/>
            <w:tcMar>
              <w:top w:w="70" w:type="dxa"/>
              <w:left w:w="80" w:type="dxa"/>
              <w:bottom w:w="70" w:type="dxa"/>
              <w:right w:w="80" w:type="dxa"/>
            </w:tcMar>
          </w:tcPr>
          <w:p w14:paraId="6C5461BB" w14:textId="77777777" w:rsidR="00394B86" w:rsidRDefault="00000000">
            <w:pPr>
              <w:spacing w:line="228" w:lineRule="auto"/>
            </w:pPr>
            <w:r>
              <w:rPr>
                <w:b/>
                <w:sz w:val="18"/>
              </w:rPr>
              <w:t>Mobile / Selfoon</w:t>
            </w:r>
          </w:p>
          <w:p w14:paraId="7C364621"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492D624A" w14:textId="77777777" w:rsidR="00394B86" w:rsidRDefault="00000000">
            <w:pPr>
              <w:spacing w:line="228" w:lineRule="auto"/>
            </w:pPr>
            <w:r>
              <w:rPr>
                <w:b/>
                <w:sz w:val="18"/>
              </w:rPr>
              <w:t>Mobile / Selfoon</w:t>
            </w:r>
          </w:p>
          <w:p w14:paraId="6D2085ED" w14:textId="77777777" w:rsidR="00394B86" w:rsidRDefault="00000000">
            <w:pPr>
              <w:spacing w:after="40" w:line="228" w:lineRule="auto"/>
            </w:pPr>
            <w:r>
              <w:rPr>
                <w:sz w:val="18"/>
              </w:rPr>
              <w:t>____________________________________________</w:t>
            </w:r>
          </w:p>
        </w:tc>
      </w:tr>
    </w:tbl>
    <w:p w14:paraId="16389447" w14:textId="77777777" w:rsidR="00394B86" w:rsidRDefault="00000000">
      <w:pPr>
        <w:pStyle w:val="Heading2"/>
        <w:spacing w:line="240" w:lineRule="auto"/>
      </w:pPr>
      <w:r>
        <w:t>Doctor / Dokter</w:t>
      </w:r>
    </w:p>
    <w:tbl>
      <w:tblPr>
        <w:tblW w:w="0" w:type="auto"/>
        <w:jc w:val="center"/>
        <w:tblLook w:val="04A0" w:firstRow="1" w:lastRow="0" w:firstColumn="1" w:lastColumn="0" w:noHBand="0" w:noVBand="1"/>
      </w:tblPr>
      <w:tblGrid>
        <w:gridCol w:w="5126"/>
        <w:gridCol w:w="5126"/>
      </w:tblGrid>
      <w:tr w:rsidR="00394B86" w14:paraId="22CBF065" w14:textId="77777777">
        <w:trPr>
          <w:cantSplit/>
          <w:jc w:val="center"/>
        </w:trPr>
        <w:tc>
          <w:tcPr>
            <w:tcW w:w="5298" w:type="dxa"/>
            <w:tcMar>
              <w:top w:w="70" w:type="dxa"/>
              <w:left w:w="80" w:type="dxa"/>
              <w:bottom w:w="70" w:type="dxa"/>
              <w:right w:w="80" w:type="dxa"/>
            </w:tcMar>
          </w:tcPr>
          <w:p w14:paraId="139D2BFB" w14:textId="77777777" w:rsidR="00394B86" w:rsidRDefault="00000000">
            <w:pPr>
              <w:spacing w:line="228" w:lineRule="auto"/>
            </w:pPr>
            <w:r>
              <w:rPr>
                <w:b/>
                <w:sz w:val="18"/>
              </w:rPr>
              <w:t>Name / Naam</w:t>
            </w:r>
          </w:p>
          <w:p w14:paraId="0FACFAE7"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7A2224AA" w14:textId="77777777" w:rsidR="00394B86" w:rsidRDefault="00000000">
            <w:pPr>
              <w:spacing w:line="228" w:lineRule="auto"/>
            </w:pPr>
            <w:r>
              <w:rPr>
                <w:b/>
                <w:sz w:val="18"/>
              </w:rPr>
              <w:t>Telephone / Telefoon</w:t>
            </w:r>
          </w:p>
          <w:p w14:paraId="0AE5892B" w14:textId="77777777" w:rsidR="00394B86" w:rsidRDefault="00000000">
            <w:pPr>
              <w:spacing w:after="40" w:line="228" w:lineRule="auto"/>
            </w:pPr>
            <w:r>
              <w:rPr>
                <w:sz w:val="18"/>
              </w:rPr>
              <w:t>____________________________________________</w:t>
            </w:r>
          </w:p>
        </w:tc>
      </w:tr>
      <w:tr w:rsidR="00394B86" w14:paraId="2DBD41AA" w14:textId="77777777">
        <w:trPr>
          <w:cantSplit/>
          <w:jc w:val="center"/>
        </w:trPr>
        <w:tc>
          <w:tcPr>
            <w:tcW w:w="5298" w:type="dxa"/>
            <w:tcMar>
              <w:top w:w="70" w:type="dxa"/>
              <w:left w:w="80" w:type="dxa"/>
              <w:bottom w:w="70" w:type="dxa"/>
              <w:right w:w="80" w:type="dxa"/>
            </w:tcMar>
          </w:tcPr>
          <w:p w14:paraId="04D207E5" w14:textId="77777777" w:rsidR="00394B86" w:rsidRDefault="00000000">
            <w:pPr>
              <w:spacing w:line="228" w:lineRule="auto"/>
            </w:pPr>
            <w:r>
              <w:rPr>
                <w:b/>
                <w:sz w:val="18"/>
              </w:rPr>
              <w:t>Address / Adres</w:t>
            </w:r>
          </w:p>
          <w:p w14:paraId="08858E52" w14:textId="77777777" w:rsidR="00394B86" w:rsidRDefault="00000000">
            <w:pPr>
              <w:spacing w:after="40" w:line="228" w:lineRule="auto"/>
            </w:pPr>
            <w:r>
              <w:rPr>
                <w:sz w:val="18"/>
              </w:rPr>
              <w:t>____________________________________________</w:t>
            </w:r>
          </w:p>
          <w:p w14:paraId="06B1A720"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6865271A" w14:textId="77777777" w:rsidR="00394B86" w:rsidRDefault="00000000">
            <w:pPr>
              <w:spacing w:line="228" w:lineRule="auto"/>
            </w:pPr>
            <w:r>
              <w:rPr>
                <w:b/>
                <w:sz w:val="18"/>
              </w:rPr>
              <w:t>After-hours number / Na-ure nommer</w:t>
            </w:r>
          </w:p>
          <w:p w14:paraId="0B99FE4B" w14:textId="77777777" w:rsidR="00394B86" w:rsidRDefault="00000000">
            <w:pPr>
              <w:spacing w:after="40" w:line="228" w:lineRule="auto"/>
            </w:pPr>
            <w:r>
              <w:rPr>
                <w:sz w:val="18"/>
              </w:rPr>
              <w:t>____________________________________________</w:t>
            </w:r>
          </w:p>
        </w:tc>
      </w:tr>
      <w:tr w:rsidR="00394B86" w14:paraId="4AC9605B" w14:textId="77777777">
        <w:trPr>
          <w:cantSplit/>
          <w:jc w:val="center"/>
        </w:trPr>
        <w:tc>
          <w:tcPr>
            <w:tcW w:w="5298" w:type="dxa"/>
            <w:tcMar>
              <w:top w:w="70" w:type="dxa"/>
              <w:left w:w="80" w:type="dxa"/>
              <w:bottom w:w="70" w:type="dxa"/>
              <w:right w:w="80" w:type="dxa"/>
            </w:tcMar>
          </w:tcPr>
          <w:p w14:paraId="508CD5FF" w14:textId="77777777" w:rsidR="00394B86" w:rsidRDefault="00000000">
            <w:pPr>
              <w:spacing w:line="228" w:lineRule="auto"/>
            </w:pPr>
            <w:r>
              <w:rPr>
                <w:b/>
                <w:sz w:val="18"/>
              </w:rPr>
              <w:t>Notes / Notas</w:t>
            </w:r>
          </w:p>
          <w:p w14:paraId="45FA7D2A" w14:textId="77777777" w:rsidR="00394B86" w:rsidRDefault="00000000">
            <w:pPr>
              <w:spacing w:after="40" w:line="228" w:lineRule="auto"/>
            </w:pPr>
            <w:r>
              <w:rPr>
                <w:sz w:val="18"/>
              </w:rPr>
              <w:t>____________________________________________</w:t>
            </w:r>
          </w:p>
          <w:p w14:paraId="35A092D1" w14:textId="77777777" w:rsidR="00394B86" w:rsidRDefault="00000000">
            <w:pPr>
              <w:spacing w:after="40" w:line="228" w:lineRule="auto"/>
            </w:pPr>
            <w:r>
              <w:rPr>
                <w:sz w:val="18"/>
              </w:rPr>
              <w:t>____________________________________________</w:t>
            </w:r>
          </w:p>
        </w:tc>
        <w:tc>
          <w:tcPr>
            <w:tcW w:w="5298" w:type="dxa"/>
            <w:tcMar>
              <w:top w:w="70" w:type="dxa"/>
              <w:left w:w="80" w:type="dxa"/>
              <w:bottom w:w="70" w:type="dxa"/>
              <w:right w:w="80" w:type="dxa"/>
            </w:tcMar>
          </w:tcPr>
          <w:p w14:paraId="6C2D3E9B" w14:textId="77777777" w:rsidR="00394B86" w:rsidRDefault="00000000">
            <w:pPr>
              <w:spacing w:line="228" w:lineRule="auto"/>
            </w:pPr>
            <w:r>
              <w:rPr>
                <w:b/>
                <w:sz w:val="18"/>
              </w:rPr>
              <w:t>Additional notes / Bykomende notas</w:t>
            </w:r>
          </w:p>
          <w:p w14:paraId="1EC7A29E" w14:textId="77777777" w:rsidR="00394B86" w:rsidRDefault="00000000">
            <w:pPr>
              <w:spacing w:after="40" w:line="228" w:lineRule="auto"/>
            </w:pPr>
            <w:r>
              <w:rPr>
                <w:sz w:val="18"/>
              </w:rPr>
              <w:t>____________________________________________</w:t>
            </w:r>
          </w:p>
          <w:p w14:paraId="6BB646DC" w14:textId="77777777" w:rsidR="00394B86" w:rsidRDefault="00000000">
            <w:pPr>
              <w:spacing w:after="40" w:line="228" w:lineRule="auto"/>
            </w:pPr>
            <w:r>
              <w:rPr>
                <w:sz w:val="18"/>
              </w:rPr>
              <w:t>____________________________________________</w:t>
            </w:r>
          </w:p>
        </w:tc>
      </w:tr>
    </w:tbl>
    <w:p w14:paraId="2A825568" w14:textId="77777777" w:rsidR="00394B86" w:rsidRDefault="00394B86">
      <w:pPr>
        <w:spacing w:line="240" w:lineRule="auto"/>
      </w:pPr>
    </w:p>
    <w:p w14:paraId="65134228" w14:textId="77777777" w:rsidR="00394B86" w:rsidRDefault="00000000">
      <w:pPr>
        <w:pStyle w:val="Heading2"/>
        <w:pageBreakBefore/>
      </w:pPr>
      <w:r>
        <w:lastRenderedPageBreak/>
        <w:t>Medical Aid Details / Mediese Fonds Besonderhede</w:t>
      </w:r>
    </w:p>
    <w:tbl>
      <w:tblPr>
        <w:tblW w:w="0" w:type="auto"/>
        <w:jc w:val="center"/>
        <w:tblLook w:val="04A0" w:firstRow="1" w:lastRow="0" w:firstColumn="1" w:lastColumn="0" w:noHBand="0" w:noVBand="1"/>
      </w:tblPr>
      <w:tblGrid>
        <w:gridCol w:w="5046"/>
        <w:gridCol w:w="5046"/>
      </w:tblGrid>
      <w:tr w:rsidR="00394B86" w14:paraId="356BEB43" w14:textId="77777777">
        <w:trPr>
          <w:jc w:val="center"/>
        </w:trPr>
        <w:tc>
          <w:tcPr>
            <w:tcW w:w="5046" w:type="dxa"/>
          </w:tcPr>
          <w:p w14:paraId="2EDDEE65" w14:textId="77777777" w:rsidR="00394B86" w:rsidRDefault="00000000">
            <w:r>
              <w:rPr>
                <w:b/>
                <w:sz w:val="18"/>
              </w:rPr>
              <w:t>Medical aid / Mediese fonds</w:t>
            </w:r>
          </w:p>
          <w:p w14:paraId="130F67D2" w14:textId="77777777" w:rsidR="00394B86" w:rsidRDefault="00000000">
            <w:pPr>
              <w:spacing w:after="40"/>
            </w:pPr>
            <w:r>
              <w:rPr>
                <w:sz w:val="17"/>
              </w:rPr>
              <w:t>____________________________________________</w:t>
            </w:r>
          </w:p>
        </w:tc>
        <w:tc>
          <w:tcPr>
            <w:tcW w:w="5046" w:type="dxa"/>
          </w:tcPr>
          <w:p w14:paraId="510E8F92" w14:textId="77777777" w:rsidR="00394B86" w:rsidRDefault="00000000">
            <w:r>
              <w:rPr>
                <w:b/>
                <w:sz w:val="18"/>
              </w:rPr>
              <w:t>Plan / Opsie</w:t>
            </w:r>
          </w:p>
          <w:p w14:paraId="36A6BB4B" w14:textId="77777777" w:rsidR="00394B86" w:rsidRDefault="00000000">
            <w:pPr>
              <w:spacing w:after="40"/>
            </w:pPr>
            <w:r>
              <w:rPr>
                <w:sz w:val="17"/>
              </w:rPr>
              <w:t>____________________________________________</w:t>
            </w:r>
          </w:p>
        </w:tc>
      </w:tr>
      <w:tr w:rsidR="00394B86" w14:paraId="20C82EDE" w14:textId="77777777">
        <w:trPr>
          <w:jc w:val="center"/>
        </w:trPr>
        <w:tc>
          <w:tcPr>
            <w:tcW w:w="5046" w:type="dxa"/>
          </w:tcPr>
          <w:p w14:paraId="082D39F7" w14:textId="77777777" w:rsidR="00394B86" w:rsidRDefault="00000000">
            <w:r>
              <w:rPr>
                <w:b/>
                <w:sz w:val="18"/>
              </w:rPr>
              <w:t>Membership no. / Lidmaatskapnr.</w:t>
            </w:r>
          </w:p>
          <w:p w14:paraId="4A157D4A" w14:textId="77777777" w:rsidR="00394B86" w:rsidRDefault="00000000">
            <w:pPr>
              <w:spacing w:after="40"/>
            </w:pPr>
            <w:r>
              <w:rPr>
                <w:sz w:val="17"/>
              </w:rPr>
              <w:t>____________________________________________</w:t>
            </w:r>
          </w:p>
        </w:tc>
        <w:tc>
          <w:tcPr>
            <w:tcW w:w="5046" w:type="dxa"/>
          </w:tcPr>
          <w:p w14:paraId="35746171" w14:textId="77777777" w:rsidR="00394B86" w:rsidRDefault="00000000">
            <w:r>
              <w:rPr>
                <w:b/>
                <w:sz w:val="18"/>
              </w:rPr>
              <w:t>Main member / Hooflid</w:t>
            </w:r>
          </w:p>
          <w:p w14:paraId="4CCAF28F" w14:textId="77777777" w:rsidR="00394B86" w:rsidRDefault="00000000">
            <w:pPr>
              <w:spacing w:after="40"/>
            </w:pPr>
            <w:r>
              <w:rPr>
                <w:sz w:val="17"/>
              </w:rPr>
              <w:t>____________________________________________</w:t>
            </w:r>
          </w:p>
        </w:tc>
      </w:tr>
      <w:tr w:rsidR="00394B86" w14:paraId="54FA33A9" w14:textId="77777777">
        <w:trPr>
          <w:jc w:val="center"/>
        </w:trPr>
        <w:tc>
          <w:tcPr>
            <w:tcW w:w="5046" w:type="dxa"/>
          </w:tcPr>
          <w:p w14:paraId="3ABAC919" w14:textId="77777777" w:rsidR="00394B86" w:rsidRDefault="00000000">
            <w:r>
              <w:rPr>
                <w:b/>
                <w:sz w:val="18"/>
              </w:rPr>
              <w:t>Dependent code / Afhanklike kode</w:t>
            </w:r>
          </w:p>
          <w:p w14:paraId="2AC1A4BE" w14:textId="77777777" w:rsidR="00394B86" w:rsidRDefault="00000000">
            <w:pPr>
              <w:spacing w:after="40"/>
            </w:pPr>
            <w:r>
              <w:rPr>
                <w:sz w:val="17"/>
              </w:rPr>
              <w:t>____________________________________________</w:t>
            </w:r>
          </w:p>
        </w:tc>
        <w:tc>
          <w:tcPr>
            <w:tcW w:w="5046" w:type="dxa"/>
          </w:tcPr>
          <w:p w14:paraId="61D9CCA3" w14:textId="77777777" w:rsidR="00394B86" w:rsidRDefault="00000000">
            <w:r>
              <w:rPr>
                <w:b/>
                <w:sz w:val="18"/>
              </w:rPr>
              <w:t>Medical aid telephone / Mediese fonds telefoon</w:t>
            </w:r>
          </w:p>
          <w:p w14:paraId="7B8C6B38" w14:textId="77777777" w:rsidR="00394B86" w:rsidRDefault="00000000">
            <w:pPr>
              <w:spacing w:after="40"/>
            </w:pPr>
            <w:r>
              <w:rPr>
                <w:sz w:val="17"/>
              </w:rPr>
              <w:t>____________________________________________</w:t>
            </w:r>
          </w:p>
        </w:tc>
      </w:tr>
      <w:tr w:rsidR="00394B86" w14:paraId="59C0BCD1" w14:textId="77777777">
        <w:trPr>
          <w:jc w:val="center"/>
        </w:trPr>
        <w:tc>
          <w:tcPr>
            <w:tcW w:w="5046" w:type="dxa"/>
          </w:tcPr>
          <w:p w14:paraId="1D9CBF07" w14:textId="77777777" w:rsidR="00394B86" w:rsidRDefault="00000000">
            <w:r>
              <w:rPr>
                <w:b/>
                <w:sz w:val="18"/>
              </w:rPr>
              <w:t>Emergency authorisation no. / Noodmagtigingsnr.</w:t>
            </w:r>
          </w:p>
          <w:p w14:paraId="215920D9" w14:textId="77777777" w:rsidR="00394B86" w:rsidRDefault="00000000">
            <w:pPr>
              <w:spacing w:after="40"/>
            </w:pPr>
            <w:r>
              <w:rPr>
                <w:sz w:val="17"/>
              </w:rPr>
              <w:t>____________________________________________</w:t>
            </w:r>
          </w:p>
        </w:tc>
        <w:tc>
          <w:tcPr>
            <w:tcW w:w="5046" w:type="dxa"/>
          </w:tcPr>
          <w:p w14:paraId="734DEC3C" w14:textId="77777777" w:rsidR="00394B86" w:rsidRDefault="00000000">
            <w:r>
              <w:rPr>
                <w:b/>
                <w:sz w:val="18"/>
              </w:rPr>
              <w:t>Additional notes / Bykomende notas</w:t>
            </w:r>
          </w:p>
          <w:p w14:paraId="0F6CBDF9" w14:textId="77777777" w:rsidR="00394B86" w:rsidRDefault="00000000">
            <w:pPr>
              <w:spacing w:after="40"/>
            </w:pPr>
            <w:r>
              <w:rPr>
                <w:sz w:val="17"/>
              </w:rPr>
              <w:t>____________________________________________</w:t>
            </w:r>
          </w:p>
        </w:tc>
      </w:tr>
    </w:tbl>
    <w:p w14:paraId="52188314" w14:textId="77777777" w:rsidR="00394B86" w:rsidRDefault="00000000">
      <w:pPr>
        <w:keepNext/>
        <w:pageBreakBefore/>
        <w:spacing w:after="40" w:line="240" w:lineRule="auto"/>
        <w:jc w:val="center"/>
      </w:pPr>
      <w:r>
        <w:rPr>
          <w:rFonts w:ascii="Aptos Display" w:hAnsi="Aptos Display"/>
          <w:b/>
          <w:color w:val="243746"/>
          <w:sz w:val="36"/>
        </w:rPr>
        <w:lastRenderedPageBreak/>
        <w:t>FORM B1 - SECURITY &amp; ACCESS INFORMATION / SEKURITEIT- &amp; TOEGANGSINLIGTING</w:t>
      </w:r>
    </w:p>
    <w:tbl>
      <w:tblPr>
        <w:tblW w:w="0" w:type="auto"/>
        <w:jc w:val="center"/>
        <w:tblBorders>
          <w:top w:val="single" w:sz="10" w:space="0" w:color="6E8877"/>
          <w:left w:val="single" w:sz="10" w:space="0" w:color="6E8877"/>
          <w:bottom w:val="single" w:sz="10" w:space="0" w:color="6E8877"/>
          <w:right w:val="single" w:sz="10" w:space="0" w:color="6E8877"/>
          <w:insideH w:val="single" w:sz="10" w:space="0" w:color="6E8877"/>
          <w:insideV w:val="single" w:sz="10" w:space="0" w:color="6E8877"/>
        </w:tblBorders>
        <w:tblLook w:val="04A0" w:firstRow="1" w:lastRow="0" w:firstColumn="1" w:lastColumn="0" w:noHBand="0" w:noVBand="1"/>
      </w:tblPr>
      <w:tblGrid>
        <w:gridCol w:w="5135"/>
        <w:gridCol w:w="5117"/>
      </w:tblGrid>
      <w:tr w:rsidR="00394B86" w14:paraId="35803C55" w14:textId="77777777">
        <w:trPr>
          <w:cantSplit/>
          <w:jc w:val="center"/>
        </w:trPr>
        <w:tc>
          <w:tcPr>
            <w:tcW w:w="5298" w:type="dxa"/>
            <w:tcMar>
              <w:top w:w="70" w:type="dxa"/>
              <w:left w:w="80" w:type="dxa"/>
              <w:bottom w:w="70" w:type="dxa"/>
              <w:right w:w="80" w:type="dxa"/>
            </w:tcMar>
          </w:tcPr>
          <w:p w14:paraId="1169785A" w14:textId="77777777" w:rsidR="00394B86" w:rsidRDefault="00000000">
            <w:pPr>
              <w:spacing w:after="0" w:line="228" w:lineRule="auto"/>
            </w:pPr>
            <w:r>
              <w:rPr>
                <w:b/>
                <w:sz w:val="18"/>
              </w:rPr>
              <w:t>Unit no. / Eenheidnr.</w:t>
            </w:r>
          </w:p>
          <w:p w14:paraId="163ABF42"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66C8010B" w14:textId="77777777" w:rsidR="00394B86" w:rsidRDefault="00000000">
            <w:pPr>
              <w:spacing w:after="0" w:line="228" w:lineRule="auto"/>
            </w:pPr>
            <w:r>
              <w:rPr>
                <w:b/>
                <w:sz w:val="18"/>
              </w:rPr>
              <w:t>Landline / Landlyn</w:t>
            </w:r>
          </w:p>
          <w:p w14:paraId="21DCFA6F" w14:textId="77777777" w:rsidR="00394B86" w:rsidRDefault="00000000">
            <w:pPr>
              <w:spacing w:after="160" w:line="228" w:lineRule="auto"/>
            </w:pPr>
            <w:r>
              <w:rPr>
                <w:sz w:val="22"/>
              </w:rPr>
              <w:t xml:space="preserve"> </w:t>
            </w:r>
          </w:p>
        </w:tc>
      </w:tr>
      <w:tr w:rsidR="00394B86" w14:paraId="1A04F63B" w14:textId="77777777">
        <w:trPr>
          <w:cantSplit/>
          <w:jc w:val="center"/>
        </w:trPr>
        <w:tc>
          <w:tcPr>
            <w:tcW w:w="5298" w:type="dxa"/>
            <w:tcMar>
              <w:top w:w="70" w:type="dxa"/>
              <w:left w:w="80" w:type="dxa"/>
              <w:bottom w:w="70" w:type="dxa"/>
              <w:right w:w="80" w:type="dxa"/>
            </w:tcMar>
          </w:tcPr>
          <w:p w14:paraId="139751B6" w14:textId="77777777" w:rsidR="00394B86" w:rsidRDefault="00000000">
            <w:pPr>
              <w:spacing w:after="0" w:line="228" w:lineRule="auto"/>
            </w:pPr>
            <w:r>
              <w:rPr>
                <w:b/>
                <w:sz w:val="18"/>
              </w:rPr>
              <w:t>Resident name 1 / Inwonernaam 1</w:t>
            </w:r>
          </w:p>
          <w:p w14:paraId="2F267BE0"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726B0229" w14:textId="77777777" w:rsidR="00394B86" w:rsidRDefault="00000000">
            <w:pPr>
              <w:spacing w:after="0" w:line="228" w:lineRule="auto"/>
            </w:pPr>
            <w:r>
              <w:rPr>
                <w:b/>
                <w:sz w:val="18"/>
              </w:rPr>
              <w:t>Mobile / Selfoon</w:t>
            </w:r>
          </w:p>
          <w:p w14:paraId="0E3ECB2B" w14:textId="77777777" w:rsidR="00394B86" w:rsidRDefault="00000000">
            <w:pPr>
              <w:spacing w:after="160" w:line="228" w:lineRule="auto"/>
            </w:pPr>
            <w:r>
              <w:rPr>
                <w:sz w:val="22"/>
              </w:rPr>
              <w:t xml:space="preserve"> </w:t>
            </w:r>
          </w:p>
        </w:tc>
      </w:tr>
      <w:tr w:rsidR="00394B86" w14:paraId="5E0EBB95" w14:textId="77777777">
        <w:trPr>
          <w:cantSplit/>
          <w:jc w:val="center"/>
        </w:trPr>
        <w:tc>
          <w:tcPr>
            <w:tcW w:w="5298" w:type="dxa"/>
            <w:tcMar>
              <w:top w:w="70" w:type="dxa"/>
              <w:left w:w="80" w:type="dxa"/>
              <w:bottom w:w="70" w:type="dxa"/>
              <w:right w:w="80" w:type="dxa"/>
            </w:tcMar>
          </w:tcPr>
          <w:p w14:paraId="4B670575" w14:textId="77777777" w:rsidR="00394B86" w:rsidRDefault="00000000">
            <w:pPr>
              <w:spacing w:after="0" w:line="228" w:lineRule="auto"/>
            </w:pPr>
            <w:r>
              <w:rPr>
                <w:b/>
                <w:sz w:val="18"/>
              </w:rPr>
              <w:t>Resident name 2 / Inwonernaam 2</w:t>
            </w:r>
          </w:p>
          <w:p w14:paraId="4A49330B"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75380928" w14:textId="77777777" w:rsidR="00394B86" w:rsidRDefault="00000000">
            <w:pPr>
              <w:spacing w:after="0" w:line="228" w:lineRule="auto"/>
            </w:pPr>
            <w:r>
              <w:rPr>
                <w:b/>
                <w:sz w:val="18"/>
              </w:rPr>
              <w:t>Mobile / Selfoon</w:t>
            </w:r>
          </w:p>
          <w:p w14:paraId="01C42D69" w14:textId="77777777" w:rsidR="00394B86" w:rsidRDefault="00000000">
            <w:pPr>
              <w:spacing w:after="160" w:line="228" w:lineRule="auto"/>
            </w:pPr>
            <w:r>
              <w:rPr>
                <w:sz w:val="22"/>
              </w:rPr>
              <w:t xml:space="preserve"> </w:t>
            </w:r>
          </w:p>
        </w:tc>
      </w:tr>
    </w:tbl>
    <w:p w14:paraId="763F23F0" w14:textId="77777777" w:rsidR="00394B86" w:rsidRDefault="00000000">
      <w:pPr>
        <w:pStyle w:val="Heading2"/>
        <w:spacing w:line="240" w:lineRule="auto"/>
      </w:pPr>
      <w:r>
        <w:t>Vehicle information / Voertuiginligting</w:t>
      </w:r>
    </w:p>
    <w:tbl>
      <w:tblPr>
        <w:tblW w:w="0" w:type="auto"/>
        <w:jc w:val="center"/>
        <w:tblBorders>
          <w:top w:val="single" w:sz="10" w:space="0" w:color="6E8877"/>
          <w:left w:val="single" w:sz="10" w:space="0" w:color="6E8877"/>
          <w:bottom w:val="single" w:sz="10" w:space="0" w:color="6E8877"/>
          <w:right w:val="single" w:sz="10" w:space="0" w:color="6E8877"/>
          <w:insideH w:val="single" w:sz="10" w:space="0" w:color="6E8877"/>
          <w:insideV w:val="single" w:sz="10" w:space="0" w:color="6E8877"/>
        </w:tblBorders>
        <w:tblLook w:val="04A0" w:firstRow="1" w:lastRow="0" w:firstColumn="1" w:lastColumn="0" w:noHBand="0" w:noVBand="1"/>
      </w:tblPr>
      <w:tblGrid>
        <w:gridCol w:w="5154"/>
        <w:gridCol w:w="5154"/>
      </w:tblGrid>
      <w:tr w:rsidR="00394B86" w14:paraId="65A26B8D" w14:textId="77777777">
        <w:trPr>
          <w:cantSplit/>
          <w:jc w:val="center"/>
        </w:trPr>
        <w:tc>
          <w:tcPr>
            <w:tcW w:w="5298" w:type="dxa"/>
            <w:shd w:val="clear" w:color="auto" w:fill="F3F6F4"/>
          </w:tcPr>
          <w:p w14:paraId="6F5292BD" w14:textId="77777777" w:rsidR="00394B86" w:rsidRDefault="00000000">
            <w:pPr>
              <w:spacing w:after="0" w:line="228" w:lineRule="auto"/>
            </w:pPr>
            <w:r>
              <w:rPr>
                <w:b/>
                <w:sz w:val="18"/>
              </w:rPr>
              <w:t>VEHICLE 1 / VOERTUIG 1</w:t>
            </w:r>
          </w:p>
        </w:tc>
        <w:tc>
          <w:tcPr>
            <w:tcW w:w="5298" w:type="dxa"/>
            <w:shd w:val="clear" w:color="auto" w:fill="F3F6F4"/>
          </w:tcPr>
          <w:p w14:paraId="4DD453DF" w14:textId="77777777" w:rsidR="00394B86" w:rsidRDefault="00000000">
            <w:pPr>
              <w:spacing w:after="0" w:line="228" w:lineRule="auto"/>
            </w:pPr>
            <w:r>
              <w:rPr>
                <w:b/>
                <w:sz w:val="18"/>
              </w:rPr>
              <w:t>VEHICLE 2 / VOERTUIG 2</w:t>
            </w:r>
          </w:p>
        </w:tc>
      </w:tr>
      <w:tr w:rsidR="00394B86" w14:paraId="4280DA33" w14:textId="77777777">
        <w:trPr>
          <w:cantSplit/>
          <w:jc w:val="center"/>
        </w:trPr>
        <w:tc>
          <w:tcPr>
            <w:tcW w:w="5298" w:type="dxa"/>
            <w:tcMar>
              <w:top w:w="70" w:type="dxa"/>
              <w:left w:w="80" w:type="dxa"/>
              <w:bottom w:w="70" w:type="dxa"/>
              <w:right w:w="80" w:type="dxa"/>
            </w:tcMar>
          </w:tcPr>
          <w:p w14:paraId="2304DC63" w14:textId="77777777" w:rsidR="00394B86" w:rsidRDefault="00000000">
            <w:pPr>
              <w:spacing w:after="0" w:line="228" w:lineRule="auto"/>
            </w:pPr>
            <w:r>
              <w:rPr>
                <w:b/>
                <w:sz w:val="18"/>
              </w:rPr>
              <w:t>Registration no. / Registrasienr.</w:t>
            </w:r>
          </w:p>
          <w:p w14:paraId="0C87857B"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4618660C" w14:textId="77777777" w:rsidR="00394B86" w:rsidRDefault="00000000">
            <w:pPr>
              <w:spacing w:after="0" w:line="228" w:lineRule="auto"/>
            </w:pPr>
            <w:r>
              <w:rPr>
                <w:b/>
                <w:sz w:val="18"/>
              </w:rPr>
              <w:t>Registration no. / Registrasienr.</w:t>
            </w:r>
          </w:p>
          <w:p w14:paraId="310FB433" w14:textId="77777777" w:rsidR="00394B86" w:rsidRDefault="00000000">
            <w:pPr>
              <w:spacing w:after="160" w:line="228" w:lineRule="auto"/>
            </w:pPr>
            <w:r>
              <w:rPr>
                <w:sz w:val="22"/>
              </w:rPr>
              <w:t xml:space="preserve"> </w:t>
            </w:r>
          </w:p>
        </w:tc>
      </w:tr>
      <w:tr w:rsidR="00394B86" w14:paraId="7B46F118" w14:textId="77777777">
        <w:trPr>
          <w:cantSplit/>
          <w:jc w:val="center"/>
        </w:trPr>
        <w:tc>
          <w:tcPr>
            <w:tcW w:w="5298" w:type="dxa"/>
            <w:tcMar>
              <w:top w:w="70" w:type="dxa"/>
              <w:left w:w="80" w:type="dxa"/>
              <w:bottom w:w="70" w:type="dxa"/>
              <w:right w:w="80" w:type="dxa"/>
            </w:tcMar>
          </w:tcPr>
          <w:p w14:paraId="643FAFEA" w14:textId="77777777" w:rsidR="00394B86" w:rsidRDefault="00000000">
            <w:pPr>
              <w:spacing w:after="0" w:line="228" w:lineRule="auto"/>
            </w:pPr>
            <w:r>
              <w:rPr>
                <w:b/>
                <w:sz w:val="18"/>
              </w:rPr>
              <w:t>Make / Fabrikaat</w:t>
            </w:r>
          </w:p>
          <w:p w14:paraId="7A4C9898"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6786F155" w14:textId="77777777" w:rsidR="00394B86" w:rsidRDefault="00000000">
            <w:pPr>
              <w:spacing w:after="0" w:line="228" w:lineRule="auto"/>
            </w:pPr>
            <w:r>
              <w:rPr>
                <w:b/>
                <w:sz w:val="18"/>
              </w:rPr>
              <w:t>Make / Fabrikaat</w:t>
            </w:r>
          </w:p>
          <w:p w14:paraId="3EE53C4B" w14:textId="77777777" w:rsidR="00394B86" w:rsidRDefault="00000000">
            <w:pPr>
              <w:spacing w:after="160" w:line="228" w:lineRule="auto"/>
            </w:pPr>
            <w:r>
              <w:rPr>
                <w:sz w:val="22"/>
              </w:rPr>
              <w:t xml:space="preserve"> </w:t>
            </w:r>
          </w:p>
        </w:tc>
      </w:tr>
      <w:tr w:rsidR="00394B86" w14:paraId="4FF9F1F8" w14:textId="77777777">
        <w:trPr>
          <w:cantSplit/>
          <w:jc w:val="center"/>
        </w:trPr>
        <w:tc>
          <w:tcPr>
            <w:tcW w:w="5298" w:type="dxa"/>
            <w:tcMar>
              <w:top w:w="70" w:type="dxa"/>
              <w:left w:w="80" w:type="dxa"/>
              <w:bottom w:w="70" w:type="dxa"/>
              <w:right w:w="80" w:type="dxa"/>
            </w:tcMar>
          </w:tcPr>
          <w:p w14:paraId="6B9C1C7A" w14:textId="77777777" w:rsidR="00394B86" w:rsidRDefault="00000000">
            <w:pPr>
              <w:spacing w:after="0" w:line="228" w:lineRule="auto"/>
            </w:pPr>
            <w:r>
              <w:rPr>
                <w:b/>
                <w:sz w:val="18"/>
              </w:rPr>
              <w:t>Model / Model</w:t>
            </w:r>
          </w:p>
          <w:p w14:paraId="5EFD70C6"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3BDC50E5" w14:textId="77777777" w:rsidR="00394B86" w:rsidRDefault="00000000">
            <w:pPr>
              <w:spacing w:after="0" w:line="228" w:lineRule="auto"/>
            </w:pPr>
            <w:r>
              <w:rPr>
                <w:b/>
                <w:sz w:val="18"/>
              </w:rPr>
              <w:t>Model / Model</w:t>
            </w:r>
          </w:p>
          <w:p w14:paraId="0E18296D" w14:textId="77777777" w:rsidR="00394B86" w:rsidRDefault="00000000">
            <w:pPr>
              <w:spacing w:after="160" w:line="228" w:lineRule="auto"/>
            </w:pPr>
            <w:r>
              <w:rPr>
                <w:sz w:val="22"/>
              </w:rPr>
              <w:t xml:space="preserve"> </w:t>
            </w:r>
          </w:p>
        </w:tc>
      </w:tr>
      <w:tr w:rsidR="00394B86" w14:paraId="4B42E7CE" w14:textId="77777777">
        <w:trPr>
          <w:cantSplit/>
          <w:jc w:val="center"/>
        </w:trPr>
        <w:tc>
          <w:tcPr>
            <w:tcW w:w="5298" w:type="dxa"/>
            <w:tcMar>
              <w:top w:w="70" w:type="dxa"/>
              <w:left w:w="80" w:type="dxa"/>
              <w:bottom w:w="70" w:type="dxa"/>
              <w:right w:w="80" w:type="dxa"/>
            </w:tcMar>
          </w:tcPr>
          <w:p w14:paraId="42C499D9" w14:textId="77777777" w:rsidR="00394B86" w:rsidRDefault="00000000">
            <w:pPr>
              <w:spacing w:after="0" w:line="228" w:lineRule="auto"/>
            </w:pPr>
            <w:r>
              <w:rPr>
                <w:b/>
                <w:sz w:val="18"/>
              </w:rPr>
              <w:t>Colour / Kleur</w:t>
            </w:r>
          </w:p>
          <w:p w14:paraId="0B4F031C"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71370483" w14:textId="77777777" w:rsidR="00394B86" w:rsidRDefault="00000000">
            <w:pPr>
              <w:spacing w:after="0" w:line="228" w:lineRule="auto"/>
            </w:pPr>
            <w:r>
              <w:rPr>
                <w:b/>
                <w:sz w:val="18"/>
              </w:rPr>
              <w:t>Colour / Kleur</w:t>
            </w:r>
          </w:p>
          <w:p w14:paraId="66B51065" w14:textId="77777777" w:rsidR="00394B86" w:rsidRDefault="00000000">
            <w:pPr>
              <w:spacing w:after="160" w:line="228" w:lineRule="auto"/>
            </w:pPr>
            <w:r>
              <w:rPr>
                <w:sz w:val="22"/>
              </w:rPr>
              <w:t xml:space="preserve"> </w:t>
            </w:r>
          </w:p>
        </w:tc>
      </w:tr>
    </w:tbl>
    <w:p w14:paraId="60C3A000" w14:textId="77777777" w:rsidR="00394B86" w:rsidRDefault="00000000">
      <w:pPr>
        <w:pStyle w:val="Heading2"/>
        <w:spacing w:line="240" w:lineRule="auto"/>
      </w:pPr>
      <w:r>
        <w:t>Family members / regular visitors / Familielede / gereelde besoekers</w:t>
      </w:r>
    </w:p>
    <w:tbl>
      <w:tblPr>
        <w:tblW w:w="0" w:type="auto"/>
        <w:jc w:val="center"/>
        <w:tblBorders>
          <w:top w:val="single" w:sz="10" w:space="0" w:color="6E8877"/>
          <w:left w:val="single" w:sz="10" w:space="0" w:color="6E8877"/>
          <w:bottom w:val="single" w:sz="10" w:space="0" w:color="6E8877"/>
          <w:right w:val="single" w:sz="10" w:space="0" w:color="6E8877"/>
          <w:insideH w:val="single" w:sz="10" w:space="0" w:color="6E8877"/>
          <w:insideV w:val="single" w:sz="10" w:space="0" w:color="6E8877"/>
        </w:tblBorders>
        <w:tblLook w:val="04A0" w:firstRow="1" w:lastRow="0" w:firstColumn="1" w:lastColumn="0" w:noHBand="0" w:noVBand="1"/>
      </w:tblPr>
      <w:tblGrid>
        <w:gridCol w:w="5154"/>
        <w:gridCol w:w="5154"/>
      </w:tblGrid>
      <w:tr w:rsidR="00394B86" w14:paraId="73DA3C0A" w14:textId="77777777">
        <w:trPr>
          <w:cantSplit/>
          <w:jc w:val="center"/>
        </w:trPr>
        <w:tc>
          <w:tcPr>
            <w:tcW w:w="5298" w:type="dxa"/>
            <w:shd w:val="clear" w:color="auto" w:fill="FBF6EC"/>
          </w:tcPr>
          <w:p w14:paraId="4BDE1BDB" w14:textId="77777777" w:rsidR="00394B86" w:rsidRDefault="00000000">
            <w:pPr>
              <w:spacing w:after="0" w:line="228" w:lineRule="auto"/>
            </w:pPr>
            <w:r>
              <w:rPr>
                <w:b/>
                <w:sz w:val="18"/>
              </w:rPr>
              <w:t>VISITOR 1 / BESOEKER 1</w:t>
            </w:r>
          </w:p>
        </w:tc>
        <w:tc>
          <w:tcPr>
            <w:tcW w:w="5298" w:type="dxa"/>
            <w:shd w:val="clear" w:color="auto" w:fill="FBF6EC"/>
          </w:tcPr>
          <w:p w14:paraId="22DF8411" w14:textId="77777777" w:rsidR="00394B86" w:rsidRDefault="00000000">
            <w:pPr>
              <w:spacing w:after="0" w:line="228" w:lineRule="auto"/>
            </w:pPr>
            <w:r>
              <w:rPr>
                <w:b/>
                <w:sz w:val="18"/>
              </w:rPr>
              <w:t>VISITOR 2 / BESOEKER 2</w:t>
            </w:r>
          </w:p>
        </w:tc>
      </w:tr>
      <w:tr w:rsidR="00394B86" w14:paraId="122A1048" w14:textId="77777777">
        <w:trPr>
          <w:cantSplit/>
          <w:jc w:val="center"/>
        </w:trPr>
        <w:tc>
          <w:tcPr>
            <w:tcW w:w="5298" w:type="dxa"/>
            <w:tcMar>
              <w:top w:w="70" w:type="dxa"/>
              <w:left w:w="80" w:type="dxa"/>
              <w:bottom w:w="70" w:type="dxa"/>
              <w:right w:w="80" w:type="dxa"/>
            </w:tcMar>
          </w:tcPr>
          <w:p w14:paraId="163E50DC" w14:textId="77777777" w:rsidR="00394B86" w:rsidRDefault="00000000">
            <w:pPr>
              <w:spacing w:after="0" w:line="228" w:lineRule="auto"/>
            </w:pPr>
            <w:r>
              <w:rPr>
                <w:b/>
                <w:sz w:val="18"/>
              </w:rPr>
              <w:t>Name &amp; surname / Naam &amp; van</w:t>
            </w:r>
          </w:p>
          <w:p w14:paraId="6FB0B9E5"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69D88C50" w14:textId="77777777" w:rsidR="00394B86" w:rsidRDefault="00000000">
            <w:pPr>
              <w:spacing w:after="0" w:line="228" w:lineRule="auto"/>
            </w:pPr>
            <w:r>
              <w:rPr>
                <w:b/>
                <w:sz w:val="18"/>
              </w:rPr>
              <w:t>Name &amp; surname / Naam &amp; van</w:t>
            </w:r>
          </w:p>
          <w:p w14:paraId="338BB84C" w14:textId="77777777" w:rsidR="00394B86" w:rsidRDefault="00000000">
            <w:pPr>
              <w:spacing w:after="160" w:line="228" w:lineRule="auto"/>
            </w:pPr>
            <w:r>
              <w:rPr>
                <w:sz w:val="22"/>
              </w:rPr>
              <w:t xml:space="preserve"> </w:t>
            </w:r>
          </w:p>
        </w:tc>
      </w:tr>
      <w:tr w:rsidR="00394B86" w14:paraId="59AC3BEC" w14:textId="77777777">
        <w:trPr>
          <w:cantSplit/>
          <w:jc w:val="center"/>
        </w:trPr>
        <w:tc>
          <w:tcPr>
            <w:tcW w:w="5298" w:type="dxa"/>
            <w:tcMar>
              <w:top w:w="70" w:type="dxa"/>
              <w:left w:w="80" w:type="dxa"/>
              <w:bottom w:w="70" w:type="dxa"/>
              <w:right w:w="80" w:type="dxa"/>
            </w:tcMar>
          </w:tcPr>
          <w:p w14:paraId="72BF575F" w14:textId="77777777" w:rsidR="00394B86" w:rsidRDefault="00000000">
            <w:pPr>
              <w:spacing w:after="0" w:line="228" w:lineRule="auto"/>
            </w:pPr>
            <w:r>
              <w:rPr>
                <w:b/>
                <w:sz w:val="18"/>
              </w:rPr>
              <w:t>Registration no. / Registrasienr.</w:t>
            </w:r>
          </w:p>
          <w:p w14:paraId="3187C0B6"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3FF8E0DB" w14:textId="77777777" w:rsidR="00394B86" w:rsidRDefault="00000000">
            <w:pPr>
              <w:spacing w:after="0" w:line="228" w:lineRule="auto"/>
            </w:pPr>
            <w:r>
              <w:rPr>
                <w:b/>
                <w:sz w:val="18"/>
              </w:rPr>
              <w:t>Registration no. / Registrasienr.</w:t>
            </w:r>
          </w:p>
          <w:p w14:paraId="49D70A20" w14:textId="77777777" w:rsidR="00394B86" w:rsidRDefault="00000000">
            <w:pPr>
              <w:spacing w:after="160" w:line="228" w:lineRule="auto"/>
            </w:pPr>
            <w:r>
              <w:rPr>
                <w:sz w:val="22"/>
              </w:rPr>
              <w:t xml:space="preserve"> </w:t>
            </w:r>
          </w:p>
        </w:tc>
      </w:tr>
      <w:tr w:rsidR="00394B86" w14:paraId="22B34295" w14:textId="77777777">
        <w:trPr>
          <w:cantSplit/>
          <w:jc w:val="center"/>
        </w:trPr>
        <w:tc>
          <w:tcPr>
            <w:tcW w:w="5298" w:type="dxa"/>
            <w:tcMar>
              <w:top w:w="70" w:type="dxa"/>
              <w:left w:w="80" w:type="dxa"/>
              <w:bottom w:w="70" w:type="dxa"/>
              <w:right w:w="80" w:type="dxa"/>
            </w:tcMar>
          </w:tcPr>
          <w:p w14:paraId="3F83C5D2" w14:textId="77777777" w:rsidR="00394B86" w:rsidRDefault="00000000">
            <w:pPr>
              <w:spacing w:after="0" w:line="228" w:lineRule="auto"/>
            </w:pPr>
            <w:r>
              <w:rPr>
                <w:b/>
                <w:sz w:val="18"/>
              </w:rPr>
              <w:t>Make / Fabrikaat</w:t>
            </w:r>
          </w:p>
          <w:p w14:paraId="3D48D125"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2D8C59B3" w14:textId="77777777" w:rsidR="00394B86" w:rsidRDefault="00000000">
            <w:pPr>
              <w:spacing w:after="0" w:line="228" w:lineRule="auto"/>
            </w:pPr>
            <w:r>
              <w:rPr>
                <w:b/>
                <w:sz w:val="18"/>
              </w:rPr>
              <w:t>Make / Fabrikaat</w:t>
            </w:r>
          </w:p>
          <w:p w14:paraId="7C59F905" w14:textId="77777777" w:rsidR="00394B86" w:rsidRDefault="00000000">
            <w:pPr>
              <w:spacing w:after="160" w:line="228" w:lineRule="auto"/>
            </w:pPr>
            <w:r>
              <w:rPr>
                <w:sz w:val="22"/>
              </w:rPr>
              <w:t xml:space="preserve"> </w:t>
            </w:r>
          </w:p>
        </w:tc>
      </w:tr>
      <w:tr w:rsidR="00394B86" w14:paraId="16E71BB5" w14:textId="77777777">
        <w:trPr>
          <w:cantSplit/>
          <w:jc w:val="center"/>
        </w:trPr>
        <w:tc>
          <w:tcPr>
            <w:tcW w:w="5298" w:type="dxa"/>
            <w:tcMar>
              <w:top w:w="70" w:type="dxa"/>
              <w:left w:w="80" w:type="dxa"/>
              <w:bottom w:w="70" w:type="dxa"/>
              <w:right w:w="80" w:type="dxa"/>
            </w:tcMar>
          </w:tcPr>
          <w:p w14:paraId="520E1B14" w14:textId="77777777" w:rsidR="00394B86" w:rsidRDefault="00000000">
            <w:pPr>
              <w:spacing w:after="0" w:line="228" w:lineRule="auto"/>
            </w:pPr>
            <w:r>
              <w:rPr>
                <w:b/>
                <w:sz w:val="18"/>
              </w:rPr>
              <w:t>Model / Model</w:t>
            </w:r>
          </w:p>
          <w:p w14:paraId="0231BD04"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492CE166" w14:textId="77777777" w:rsidR="00394B86" w:rsidRDefault="00000000">
            <w:pPr>
              <w:spacing w:after="0" w:line="228" w:lineRule="auto"/>
            </w:pPr>
            <w:r>
              <w:rPr>
                <w:b/>
                <w:sz w:val="18"/>
              </w:rPr>
              <w:t>Model / Model</w:t>
            </w:r>
          </w:p>
          <w:p w14:paraId="59CFE092" w14:textId="77777777" w:rsidR="00394B86" w:rsidRDefault="00000000">
            <w:pPr>
              <w:spacing w:after="160" w:line="228" w:lineRule="auto"/>
            </w:pPr>
            <w:r>
              <w:rPr>
                <w:sz w:val="22"/>
              </w:rPr>
              <w:t xml:space="preserve"> </w:t>
            </w:r>
          </w:p>
        </w:tc>
      </w:tr>
      <w:tr w:rsidR="00394B86" w14:paraId="4B5FF347" w14:textId="77777777">
        <w:trPr>
          <w:cantSplit/>
          <w:jc w:val="center"/>
        </w:trPr>
        <w:tc>
          <w:tcPr>
            <w:tcW w:w="5298" w:type="dxa"/>
            <w:tcMar>
              <w:top w:w="70" w:type="dxa"/>
              <w:left w:w="80" w:type="dxa"/>
              <w:bottom w:w="70" w:type="dxa"/>
              <w:right w:w="80" w:type="dxa"/>
            </w:tcMar>
          </w:tcPr>
          <w:p w14:paraId="3B1E99FD" w14:textId="77777777" w:rsidR="00394B86" w:rsidRDefault="00000000">
            <w:pPr>
              <w:spacing w:after="0" w:line="228" w:lineRule="auto"/>
            </w:pPr>
            <w:r>
              <w:rPr>
                <w:b/>
                <w:sz w:val="18"/>
              </w:rPr>
              <w:t>Colour / Kleur</w:t>
            </w:r>
          </w:p>
          <w:p w14:paraId="20065155"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2D6AFC3A" w14:textId="77777777" w:rsidR="00394B86" w:rsidRDefault="00000000">
            <w:pPr>
              <w:spacing w:after="0" w:line="228" w:lineRule="auto"/>
            </w:pPr>
            <w:r>
              <w:rPr>
                <w:b/>
                <w:sz w:val="18"/>
              </w:rPr>
              <w:t>Colour / Kleur</w:t>
            </w:r>
          </w:p>
          <w:p w14:paraId="7C5B0872" w14:textId="77777777" w:rsidR="00394B86" w:rsidRDefault="00000000">
            <w:pPr>
              <w:spacing w:after="160" w:line="228" w:lineRule="auto"/>
            </w:pPr>
            <w:r>
              <w:rPr>
                <w:sz w:val="22"/>
              </w:rPr>
              <w:t xml:space="preserve"> </w:t>
            </w:r>
          </w:p>
        </w:tc>
      </w:tr>
    </w:tbl>
    <w:p w14:paraId="3B04B9FE" w14:textId="77777777" w:rsidR="00394B86" w:rsidRDefault="00394B86">
      <w:pPr>
        <w:spacing w:line="240" w:lineRule="auto"/>
      </w:pPr>
    </w:p>
    <w:p w14:paraId="3F601EE3" w14:textId="77777777" w:rsidR="00394B86" w:rsidRDefault="00000000">
      <w:pPr>
        <w:keepNext/>
        <w:pageBreakBefore/>
        <w:spacing w:after="40" w:line="240" w:lineRule="auto"/>
        <w:jc w:val="center"/>
      </w:pPr>
      <w:r>
        <w:rPr>
          <w:rFonts w:ascii="Aptos Display" w:hAnsi="Aptos Display"/>
          <w:b/>
          <w:color w:val="243746"/>
          <w:sz w:val="36"/>
        </w:rPr>
        <w:lastRenderedPageBreak/>
        <w:t>FORM B2 - REGULAR VISITORS &amp; DOMESTIC WORKERS / GEREELDE BESOEKERS &amp; HUISWERKERS</w:t>
      </w:r>
    </w:p>
    <w:p w14:paraId="658DCD98" w14:textId="77777777" w:rsidR="00394B86" w:rsidRDefault="00000000">
      <w:pPr>
        <w:pStyle w:val="Heading2"/>
        <w:spacing w:line="240" w:lineRule="auto"/>
      </w:pPr>
      <w:r>
        <w:t>Family members / regular visitors continued / Familielede / gereelde besoekers vervolg</w:t>
      </w:r>
    </w:p>
    <w:tbl>
      <w:tblPr>
        <w:tblW w:w="0" w:type="auto"/>
        <w:jc w:val="center"/>
        <w:tblLook w:val="04A0" w:firstRow="1" w:lastRow="0" w:firstColumn="1" w:lastColumn="0" w:noHBand="0" w:noVBand="1"/>
      </w:tblPr>
      <w:tblGrid>
        <w:gridCol w:w="5154"/>
        <w:gridCol w:w="5154"/>
      </w:tblGrid>
      <w:tr w:rsidR="00394B86" w14:paraId="208FDA45" w14:textId="77777777">
        <w:trPr>
          <w:cantSplit/>
          <w:jc w:val="center"/>
        </w:trPr>
        <w:tc>
          <w:tcPr>
            <w:tcW w:w="5298" w:type="dxa"/>
            <w:shd w:val="clear" w:color="auto" w:fill="FBF6EC"/>
          </w:tcPr>
          <w:p w14:paraId="0C1525FA" w14:textId="77777777" w:rsidR="00394B86" w:rsidRDefault="00000000">
            <w:pPr>
              <w:spacing w:line="228" w:lineRule="auto"/>
            </w:pPr>
            <w:r>
              <w:rPr>
                <w:b/>
                <w:sz w:val="19"/>
              </w:rPr>
              <w:t>VISITOR 3 / BESOEKER 3</w:t>
            </w:r>
          </w:p>
        </w:tc>
        <w:tc>
          <w:tcPr>
            <w:tcW w:w="5298" w:type="dxa"/>
            <w:shd w:val="clear" w:color="auto" w:fill="FBF6EC"/>
          </w:tcPr>
          <w:p w14:paraId="225E8E8F" w14:textId="77777777" w:rsidR="00394B86" w:rsidRDefault="00000000">
            <w:pPr>
              <w:spacing w:line="228" w:lineRule="auto"/>
            </w:pPr>
            <w:r>
              <w:rPr>
                <w:b/>
                <w:sz w:val="19"/>
              </w:rPr>
              <w:t>VISITOR 4 / BESOEKER 4</w:t>
            </w:r>
          </w:p>
        </w:tc>
      </w:tr>
      <w:tr w:rsidR="00394B86" w14:paraId="67F25868" w14:textId="77777777">
        <w:trPr>
          <w:cantSplit/>
          <w:jc w:val="center"/>
        </w:trPr>
        <w:tc>
          <w:tcPr>
            <w:tcW w:w="5298" w:type="dxa"/>
            <w:tcMar>
              <w:top w:w="70" w:type="dxa"/>
              <w:left w:w="80" w:type="dxa"/>
              <w:bottom w:w="70" w:type="dxa"/>
              <w:right w:w="80" w:type="dxa"/>
            </w:tcMar>
          </w:tcPr>
          <w:p w14:paraId="49B54622" w14:textId="77777777" w:rsidR="00394B86" w:rsidRDefault="00000000">
            <w:pPr>
              <w:spacing w:line="228" w:lineRule="auto"/>
            </w:pPr>
            <w:r>
              <w:rPr>
                <w:b/>
                <w:sz w:val="19"/>
              </w:rPr>
              <w:t>Name &amp; surname / Naam &amp; van</w:t>
            </w:r>
          </w:p>
          <w:p w14:paraId="4A50619D"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08BDA705" w14:textId="77777777" w:rsidR="00394B86" w:rsidRDefault="00000000">
            <w:pPr>
              <w:spacing w:line="228" w:lineRule="auto"/>
            </w:pPr>
            <w:r>
              <w:rPr>
                <w:b/>
                <w:sz w:val="19"/>
              </w:rPr>
              <w:t>Name &amp; surname / Naam &amp; van</w:t>
            </w:r>
          </w:p>
          <w:p w14:paraId="6EBD1C44" w14:textId="77777777" w:rsidR="00394B86" w:rsidRDefault="00000000">
            <w:pPr>
              <w:spacing w:after="40" w:line="228" w:lineRule="auto"/>
            </w:pPr>
            <w:r>
              <w:rPr>
                <w:sz w:val="19"/>
              </w:rPr>
              <w:t>____________________________________________</w:t>
            </w:r>
          </w:p>
        </w:tc>
      </w:tr>
      <w:tr w:rsidR="00394B86" w14:paraId="314F80C5" w14:textId="77777777">
        <w:trPr>
          <w:cantSplit/>
          <w:jc w:val="center"/>
        </w:trPr>
        <w:tc>
          <w:tcPr>
            <w:tcW w:w="5298" w:type="dxa"/>
            <w:tcMar>
              <w:top w:w="70" w:type="dxa"/>
              <w:left w:w="80" w:type="dxa"/>
              <w:bottom w:w="70" w:type="dxa"/>
              <w:right w:w="80" w:type="dxa"/>
            </w:tcMar>
          </w:tcPr>
          <w:p w14:paraId="573689C9" w14:textId="77777777" w:rsidR="00394B86" w:rsidRDefault="00000000">
            <w:pPr>
              <w:spacing w:line="228" w:lineRule="auto"/>
            </w:pPr>
            <w:r>
              <w:rPr>
                <w:b/>
                <w:sz w:val="19"/>
              </w:rPr>
              <w:t>Registration no. / Registrasienr.</w:t>
            </w:r>
          </w:p>
          <w:p w14:paraId="6250D576"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5219E9DB" w14:textId="77777777" w:rsidR="00394B86" w:rsidRDefault="00000000">
            <w:pPr>
              <w:spacing w:line="228" w:lineRule="auto"/>
            </w:pPr>
            <w:r>
              <w:rPr>
                <w:b/>
                <w:sz w:val="19"/>
              </w:rPr>
              <w:t>Registration no. / Registrasienr.</w:t>
            </w:r>
          </w:p>
          <w:p w14:paraId="472D562B" w14:textId="77777777" w:rsidR="00394B86" w:rsidRDefault="00000000">
            <w:pPr>
              <w:spacing w:after="40" w:line="228" w:lineRule="auto"/>
            </w:pPr>
            <w:r>
              <w:rPr>
                <w:sz w:val="19"/>
              </w:rPr>
              <w:t>____________________________________________</w:t>
            </w:r>
          </w:p>
        </w:tc>
      </w:tr>
      <w:tr w:rsidR="00394B86" w14:paraId="02CE8E1B" w14:textId="77777777">
        <w:trPr>
          <w:cantSplit/>
          <w:jc w:val="center"/>
        </w:trPr>
        <w:tc>
          <w:tcPr>
            <w:tcW w:w="5298" w:type="dxa"/>
            <w:tcMar>
              <w:top w:w="70" w:type="dxa"/>
              <w:left w:w="80" w:type="dxa"/>
              <w:bottom w:w="70" w:type="dxa"/>
              <w:right w:w="80" w:type="dxa"/>
            </w:tcMar>
          </w:tcPr>
          <w:p w14:paraId="520BD48A" w14:textId="77777777" w:rsidR="00394B86" w:rsidRDefault="00000000">
            <w:pPr>
              <w:spacing w:line="228" w:lineRule="auto"/>
            </w:pPr>
            <w:r>
              <w:rPr>
                <w:b/>
                <w:sz w:val="19"/>
              </w:rPr>
              <w:t>Make / Fabrikaat</w:t>
            </w:r>
          </w:p>
          <w:p w14:paraId="2AE59D35"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45CCC362" w14:textId="77777777" w:rsidR="00394B86" w:rsidRDefault="00000000">
            <w:pPr>
              <w:spacing w:line="228" w:lineRule="auto"/>
            </w:pPr>
            <w:r>
              <w:rPr>
                <w:b/>
                <w:sz w:val="19"/>
              </w:rPr>
              <w:t>Make / Fabrikaat</w:t>
            </w:r>
          </w:p>
          <w:p w14:paraId="5B706B3B" w14:textId="77777777" w:rsidR="00394B86" w:rsidRDefault="00000000">
            <w:pPr>
              <w:spacing w:after="40" w:line="228" w:lineRule="auto"/>
            </w:pPr>
            <w:r>
              <w:rPr>
                <w:sz w:val="19"/>
              </w:rPr>
              <w:t>____________________________________________</w:t>
            </w:r>
          </w:p>
        </w:tc>
      </w:tr>
      <w:tr w:rsidR="00394B86" w14:paraId="08FA55F6" w14:textId="77777777">
        <w:trPr>
          <w:cantSplit/>
          <w:jc w:val="center"/>
        </w:trPr>
        <w:tc>
          <w:tcPr>
            <w:tcW w:w="5298" w:type="dxa"/>
            <w:tcMar>
              <w:top w:w="70" w:type="dxa"/>
              <w:left w:w="80" w:type="dxa"/>
              <w:bottom w:w="70" w:type="dxa"/>
              <w:right w:w="80" w:type="dxa"/>
            </w:tcMar>
          </w:tcPr>
          <w:p w14:paraId="492E42DA" w14:textId="77777777" w:rsidR="00394B86" w:rsidRDefault="00000000">
            <w:pPr>
              <w:spacing w:line="228" w:lineRule="auto"/>
            </w:pPr>
            <w:r>
              <w:rPr>
                <w:b/>
                <w:sz w:val="19"/>
              </w:rPr>
              <w:t>Model / Model</w:t>
            </w:r>
          </w:p>
          <w:p w14:paraId="0EC78303"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16F9BE18" w14:textId="77777777" w:rsidR="00394B86" w:rsidRDefault="00000000">
            <w:pPr>
              <w:spacing w:line="228" w:lineRule="auto"/>
            </w:pPr>
            <w:r>
              <w:rPr>
                <w:b/>
                <w:sz w:val="19"/>
              </w:rPr>
              <w:t>Model / Model</w:t>
            </w:r>
          </w:p>
          <w:p w14:paraId="05FE5472" w14:textId="77777777" w:rsidR="00394B86" w:rsidRDefault="00000000">
            <w:pPr>
              <w:spacing w:after="40" w:line="228" w:lineRule="auto"/>
            </w:pPr>
            <w:r>
              <w:rPr>
                <w:sz w:val="19"/>
              </w:rPr>
              <w:t>____________________________________________</w:t>
            </w:r>
          </w:p>
        </w:tc>
      </w:tr>
      <w:tr w:rsidR="00394B86" w14:paraId="5CDA33C3" w14:textId="77777777">
        <w:trPr>
          <w:cantSplit/>
          <w:jc w:val="center"/>
        </w:trPr>
        <w:tc>
          <w:tcPr>
            <w:tcW w:w="5298" w:type="dxa"/>
            <w:tcMar>
              <w:top w:w="70" w:type="dxa"/>
              <w:left w:w="80" w:type="dxa"/>
              <w:bottom w:w="70" w:type="dxa"/>
              <w:right w:w="80" w:type="dxa"/>
            </w:tcMar>
          </w:tcPr>
          <w:p w14:paraId="06C068DB" w14:textId="77777777" w:rsidR="00394B86" w:rsidRDefault="00000000">
            <w:pPr>
              <w:spacing w:line="228" w:lineRule="auto"/>
            </w:pPr>
            <w:r>
              <w:rPr>
                <w:b/>
                <w:sz w:val="19"/>
              </w:rPr>
              <w:t>Colour / Kleur</w:t>
            </w:r>
          </w:p>
          <w:p w14:paraId="1E834CA9" w14:textId="77777777" w:rsidR="00394B86" w:rsidRDefault="00000000">
            <w:pPr>
              <w:spacing w:after="40" w:line="228" w:lineRule="auto"/>
            </w:pPr>
            <w:r>
              <w:rPr>
                <w:sz w:val="19"/>
              </w:rPr>
              <w:t>____________________________________________</w:t>
            </w:r>
          </w:p>
        </w:tc>
        <w:tc>
          <w:tcPr>
            <w:tcW w:w="5298" w:type="dxa"/>
            <w:tcMar>
              <w:top w:w="70" w:type="dxa"/>
              <w:left w:w="80" w:type="dxa"/>
              <w:bottom w:w="70" w:type="dxa"/>
              <w:right w:w="80" w:type="dxa"/>
            </w:tcMar>
          </w:tcPr>
          <w:p w14:paraId="2E20C497" w14:textId="77777777" w:rsidR="00394B86" w:rsidRDefault="00000000">
            <w:pPr>
              <w:spacing w:line="228" w:lineRule="auto"/>
            </w:pPr>
            <w:r>
              <w:rPr>
                <w:b/>
                <w:sz w:val="19"/>
              </w:rPr>
              <w:t>Colour / Kleur</w:t>
            </w:r>
          </w:p>
          <w:p w14:paraId="3A229C7D" w14:textId="77777777" w:rsidR="00394B86" w:rsidRDefault="00000000">
            <w:pPr>
              <w:spacing w:after="40" w:line="228" w:lineRule="auto"/>
            </w:pPr>
            <w:r>
              <w:rPr>
                <w:sz w:val="19"/>
              </w:rPr>
              <w:t>____________________________________________</w:t>
            </w:r>
          </w:p>
        </w:tc>
      </w:tr>
    </w:tbl>
    <w:p w14:paraId="3A009D34" w14:textId="77777777" w:rsidR="00394B86" w:rsidRDefault="00000000">
      <w:pPr>
        <w:pStyle w:val="Heading2"/>
        <w:spacing w:line="240" w:lineRule="auto"/>
      </w:pPr>
      <w:r>
        <w:t>Domestic workers / Huiswerkers</w:t>
      </w:r>
    </w:p>
    <w:tbl>
      <w:tblPr>
        <w:tblW w:w="0" w:type="auto"/>
        <w:jc w:val="center"/>
        <w:tblBorders>
          <w:top w:val="single" w:sz="10" w:space="0" w:color="6E8877"/>
          <w:left w:val="single" w:sz="10" w:space="0" w:color="6E8877"/>
          <w:bottom w:val="single" w:sz="10" w:space="0" w:color="6E8877"/>
          <w:right w:val="single" w:sz="10" w:space="0" w:color="6E8877"/>
          <w:insideH w:val="single" w:sz="10" w:space="0" w:color="6E8877"/>
          <w:insideV w:val="single" w:sz="10" w:space="0" w:color="6E8877"/>
        </w:tblBorders>
        <w:tblLook w:val="04A0" w:firstRow="1" w:lastRow="0" w:firstColumn="1" w:lastColumn="0" w:noHBand="0" w:noVBand="1"/>
      </w:tblPr>
      <w:tblGrid>
        <w:gridCol w:w="5154"/>
        <w:gridCol w:w="5154"/>
      </w:tblGrid>
      <w:tr w:rsidR="00394B86" w14:paraId="5DACE587" w14:textId="77777777">
        <w:trPr>
          <w:cantSplit/>
          <w:jc w:val="center"/>
        </w:trPr>
        <w:tc>
          <w:tcPr>
            <w:tcW w:w="5298" w:type="dxa"/>
            <w:shd w:val="clear" w:color="auto" w:fill="F3F6F4"/>
          </w:tcPr>
          <w:p w14:paraId="449B93CE" w14:textId="77777777" w:rsidR="00394B86" w:rsidRDefault="00000000">
            <w:pPr>
              <w:spacing w:after="0" w:line="228" w:lineRule="auto"/>
            </w:pPr>
            <w:r>
              <w:rPr>
                <w:b/>
                <w:sz w:val="18"/>
              </w:rPr>
              <w:t>DOMESTIC WORKER 1 / HUISWERKER 1</w:t>
            </w:r>
          </w:p>
        </w:tc>
        <w:tc>
          <w:tcPr>
            <w:tcW w:w="5298" w:type="dxa"/>
            <w:shd w:val="clear" w:color="auto" w:fill="F3F6F4"/>
          </w:tcPr>
          <w:p w14:paraId="1F821D5B" w14:textId="77777777" w:rsidR="00394B86" w:rsidRDefault="00000000">
            <w:pPr>
              <w:spacing w:after="0" w:line="228" w:lineRule="auto"/>
            </w:pPr>
            <w:r>
              <w:rPr>
                <w:b/>
                <w:sz w:val="18"/>
              </w:rPr>
              <w:t>DOMESTIC WORKER 2 / HUISWERKER 2</w:t>
            </w:r>
          </w:p>
        </w:tc>
      </w:tr>
      <w:tr w:rsidR="00394B86" w14:paraId="62A26B6D" w14:textId="77777777">
        <w:trPr>
          <w:cantSplit/>
          <w:jc w:val="center"/>
        </w:trPr>
        <w:tc>
          <w:tcPr>
            <w:tcW w:w="5298" w:type="dxa"/>
            <w:tcMar>
              <w:top w:w="70" w:type="dxa"/>
              <w:left w:w="80" w:type="dxa"/>
              <w:bottom w:w="70" w:type="dxa"/>
              <w:right w:w="80" w:type="dxa"/>
            </w:tcMar>
          </w:tcPr>
          <w:p w14:paraId="4CEE5218" w14:textId="77777777" w:rsidR="00394B86" w:rsidRDefault="00000000">
            <w:pPr>
              <w:spacing w:after="0" w:line="228" w:lineRule="auto"/>
            </w:pPr>
            <w:r>
              <w:rPr>
                <w:b/>
                <w:sz w:val="18"/>
              </w:rPr>
              <w:t>Name &amp; surname / Naam &amp; van</w:t>
            </w:r>
          </w:p>
          <w:p w14:paraId="6DD04BB1"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6AF4B17F" w14:textId="77777777" w:rsidR="00394B86" w:rsidRDefault="00000000">
            <w:pPr>
              <w:spacing w:after="0" w:line="228" w:lineRule="auto"/>
            </w:pPr>
            <w:r>
              <w:rPr>
                <w:b/>
                <w:sz w:val="18"/>
              </w:rPr>
              <w:t>Name &amp; surname / Naam &amp; van</w:t>
            </w:r>
          </w:p>
          <w:p w14:paraId="484A3A11" w14:textId="77777777" w:rsidR="00394B86" w:rsidRDefault="00000000">
            <w:pPr>
              <w:spacing w:after="160" w:line="228" w:lineRule="auto"/>
            </w:pPr>
            <w:r>
              <w:rPr>
                <w:sz w:val="22"/>
              </w:rPr>
              <w:t xml:space="preserve"> </w:t>
            </w:r>
          </w:p>
        </w:tc>
      </w:tr>
      <w:tr w:rsidR="00394B86" w14:paraId="1184186E" w14:textId="77777777">
        <w:trPr>
          <w:cantSplit/>
          <w:jc w:val="center"/>
        </w:trPr>
        <w:tc>
          <w:tcPr>
            <w:tcW w:w="5298" w:type="dxa"/>
            <w:tcMar>
              <w:top w:w="70" w:type="dxa"/>
              <w:left w:w="80" w:type="dxa"/>
              <w:bottom w:w="70" w:type="dxa"/>
              <w:right w:w="80" w:type="dxa"/>
            </w:tcMar>
          </w:tcPr>
          <w:p w14:paraId="0C0018DB" w14:textId="77777777" w:rsidR="00394B86" w:rsidRDefault="00000000">
            <w:pPr>
              <w:spacing w:after="0" w:line="228" w:lineRule="auto"/>
            </w:pPr>
            <w:r>
              <w:rPr>
                <w:b/>
                <w:sz w:val="18"/>
              </w:rPr>
              <w:t>ID number / ID-nommer</w:t>
            </w:r>
          </w:p>
          <w:p w14:paraId="7AC63E61"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2254119E" w14:textId="77777777" w:rsidR="00394B86" w:rsidRDefault="00000000">
            <w:pPr>
              <w:spacing w:after="0" w:line="228" w:lineRule="auto"/>
            </w:pPr>
            <w:r>
              <w:rPr>
                <w:b/>
                <w:sz w:val="18"/>
              </w:rPr>
              <w:t>ID number / ID-nommer</w:t>
            </w:r>
          </w:p>
          <w:p w14:paraId="0E348FFA" w14:textId="77777777" w:rsidR="00394B86" w:rsidRDefault="00000000">
            <w:pPr>
              <w:spacing w:after="160" w:line="228" w:lineRule="auto"/>
            </w:pPr>
            <w:r>
              <w:rPr>
                <w:sz w:val="22"/>
              </w:rPr>
              <w:t xml:space="preserve"> </w:t>
            </w:r>
          </w:p>
        </w:tc>
      </w:tr>
      <w:tr w:rsidR="00394B86" w14:paraId="702784AE" w14:textId="77777777">
        <w:trPr>
          <w:cantSplit/>
          <w:jc w:val="center"/>
        </w:trPr>
        <w:tc>
          <w:tcPr>
            <w:tcW w:w="5298" w:type="dxa"/>
            <w:tcMar>
              <w:top w:w="70" w:type="dxa"/>
              <w:left w:w="80" w:type="dxa"/>
              <w:bottom w:w="70" w:type="dxa"/>
              <w:right w:w="80" w:type="dxa"/>
            </w:tcMar>
          </w:tcPr>
          <w:p w14:paraId="13A9E6B1" w14:textId="77777777" w:rsidR="00394B86" w:rsidRDefault="00000000">
            <w:pPr>
              <w:spacing w:after="0" w:line="228" w:lineRule="auto"/>
            </w:pPr>
            <w:r>
              <w:rPr>
                <w:b/>
                <w:sz w:val="18"/>
              </w:rPr>
              <w:t>Address / Adres</w:t>
            </w:r>
          </w:p>
          <w:p w14:paraId="7803C6A6" w14:textId="77777777" w:rsidR="00394B86" w:rsidRDefault="00000000">
            <w:pPr>
              <w:spacing w:after="160" w:line="228" w:lineRule="auto"/>
            </w:pPr>
            <w:r>
              <w:rPr>
                <w:sz w:val="22"/>
              </w:rPr>
              <w:t xml:space="preserve"> </w:t>
            </w:r>
          </w:p>
          <w:p w14:paraId="43E8D0E8" w14:textId="77777777" w:rsidR="00394B86" w:rsidRDefault="00000000">
            <w:pPr>
              <w:spacing w:after="160" w:line="228" w:lineRule="auto"/>
            </w:pPr>
            <w:r>
              <w:rPr>
                <w:sz w:val="22"/>
              </w:rPr>
              <w:t xml:space="preserve"> </w:t>
            </w:r>
          </w:p>
          <w:p w14:paraId="55A31ED5"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6DE2C750" w14:textId="77777777" w:rsidR="00394B86" w:rsidRDefault="00000000">
            <w:pPr>
              <w:spacing w:after="0" w:line="228" w:lineRule="auto"/>
            </w:pPr>
            <w:r>
              <w:rPr>
                <w:b/>
                <w:sz w:val="18"/>
              </w:rPr>
              <w:t>Address / Adres</w:t>
            </w:r>
          </w:p>
          <w:p w14:paraId="30054485" w14:textId="77777777" w:rsidR="00394B86" w:rsidRDefault="00000000">
            <w:pPr>
              <w:spacing w:after="160" w:line="228" w:lineRule="auto"/>
            </w:pPr>
            <w:r>
              <w:rPr>
                <w:sz w:val="22"/>
              </w:rPr>
              <w:t xml:space="preserve"> </w:t>
            </w:r>
          </w:p>
          <w:p w14:paraId="552270EA" w14:textId="77777777" w:rsidR="00394B86" w:rsidRDefault="00000000">
            <w:pPr>
              <w:spacing w:after="160" w:line="228" w:lineRule="auto"/>
            </w:pPr>
            <w:r>
              <w:rPr>
                <w:sz w:val="22"/>
              </w:rPr>
              <w:t xml:space="preserve"> </w:t>
            </w:r>
          </w:p>
          <w:p w14:paraId="2552AF9B" w14:textId="77777777" w:rsidR="00394B86" w:rsidRDefault="00000000">
            <w:pPr>
              <w:spacing w:after="160" w:line="228" w:lineRule="auto"/>
            </w:pPr>
            <w:r>
              <w:rPr>
                <w:sz w:val="22"/>
              </w:rPr>
              <w:t xml:space="preserve"> </w:t>
            </w:r>
          </w:p>
        </w:tc>
      </w:tr>
      <w:tr w:rsidR="00394B86" w14:paraId="0183C25F" w14:textId="77777777">
        <w:trPr>
          <w:cantSplit/>
          <w:jc w:val="center"/>
        </w:trPr>
        <w:tc>
          <w:tcPr>
            <w:tcW w:w="5298" w:type="dxa"/>
            <w:tcMar>
              <w:top w:w="70" w:type="dxa"/>
              <w:left w:w="80" w:type="dxa"/>
              <w:bottom w:w="70" w:type="dxa"/>
              <w:right w:w="80" w:type="dxa"/>
            </w:tcMar>
          </w:tcPr>
          <w:p w14:paraId="3719E9F8" w14:textId="77777777" w:rsidR="00394B86" w:rsidRDefault="00000000">
            <w:pPr>
              <w:spacing w:after="0" w:line="228" w:lineRule="auto"/>
            </w:pPr>
            <w:r>
              <w:rPr>
                <w:b/>
                <w:sz w:val="18"/>
              </w:rPr>
              <w:t>Mobile / Selfoon</w:t>
            </w:r>
          </w:p>
          <w:p w14:paraId="78319227"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20C0D1D0" w14:textId="77777777" w:rsidR="00394B86" w:rsidRDefault="00000000">
            <w:pPr>
              <w:spacing w:after="0" w:line="228" w:lineRule="auto"/>
            </w:pPr>
            <w:r>
              <w:rPr>
                <w:b/>
                <w:sz w:val="18"/>
              </w:rPr>
              <w:t>Mobile / Selfoon</w:t>
            </w:r>
          </w:p>
          <w:p w14:paraId="203DE4EB" w14:textId="77777777" w:rsidR="00394B86" w:rsidRDefault="00000000">
            <w:pPr>
              <w:spacing w:after="160" w:line="228" w:lineRule="auto"/>
            </w:pPr>
            <w:r>
              <w:rPr>
                <w:sz w:val="22"/>
              </w:rPr>
              <w:t xml:space="preserve"> </w:t>
            </w:r>
          </w:p>
        </w:tc>
      </w:tr>
      <w:tr w:rsidR="00394B86" w14:paraId="07D491C7" w14:textId="77777777">
        <w:trPr>
          <w:cantSplit/>
          <w:jc w:val="center"/>
        </w:trPr>
        <w:tc>
          <w:tcPr>
            <w:tcW w:w="5298" w:type="dxa"/>
            <w:tcMar>
              <w:top w:w="70" w:type="dxa"/>
              <w:left w:w="80" w:type="dxa"/>
              <w:bottom w:w="70" w:type="dxa"/>
              <w:right w:w="80" w:type="dxa"/>
            </w:tcMar>
          </w:tcPr>
          <w:p w14:paraId="36C4766D" w14:textId="77777777" w:rsidR="00394B86" w:rsidRDefault="00000000">
            <w:pPr>
              <w:spacing w:after="0" w:line="228" w:lineRule="auto"/>
            </w:pPr>
            <w:r>
              <w:rPr>
                <w:b/>
                <w:sz w:val="18"/>
              </w:rPr>
              <w:t>Landline / Landlyn</w:t>
            </w:r>
          </w:p>
          <w:p w14:paraId="2A000B1E"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5EB742D5" w14:textId="77777777" w:rsidR="00394B86" w:rsidRDefault="00000000">
            <w:pPr>
              <w:spacing w:after="0" w:line="228" w:lineRule="auto"/>
            </w:pPr>
            <w:r>
              <w:rPr>
                <w:b/>
                <w:sz w:val="18"/>
              </w:rPr>
              <w:t>Landline / Landlyn</w:t>
            </w:r>
          </w:p>
          <w:p w14:paraId="378BC36A" w14:textId="77777777" w:rsidR="00394B86" w:rsidRDefault="00000000">
            <w:pPr>
              <w:spacing w:after="160" w:line="228" w:lineRule="auto"/>
            </w:pPr>
            <w:r>
              <w:rPr>
                <w:sz w:val="22"/>
              </w:rPr>
              <w:t xml:space="preserve"> </w:t>
            </w:r>
          </w:p>
        </w:tc>
      </w:tr>
    </w:tbl>
    <w:p w14:paraId="00E931B9" w14:textId="77777777" w:rsidR="00394B86" w:rsidRDefault="00000000">
      <w:pPr>
        <w:pStyle w:val="Heading2"/>
        <w:spacing w:line="240" w:lineRule="auto"/>
      </w:pPr>
      <w:r>
        <w:t>Work days / Werksdae</w:t>
      </w:r>
    </w:p>
    <w:tbl>
      <w:tblPr>
        <w:tblW w:w="0" w:type="auto"/>
        <w:jc w:val="center"/>
        <w:tblLook w:val="04A0" w:firstRow="1" w:lastRow="0" w:firstColumn="1" w:lastColumn="0" w:noHBand="0" w:noVBand="1"/>
      </w:tblPr>
      <w:tblGrid>
        <w:gridCol w:w="1303"/>
        <w:gridCol w:w="1289"/>
        <w:gridCol w:w="1286"/>
        <w:gridCol w:w="1290"/>
        <w:gridCol w:w="1286"/>
        <w:gridCol w:w="1282"/>
        <w:gridCol w:w="1285"/>
        <w:gridCol w:w="1287"/>
      </w:tblGrid>
      <w:tr w:rsidR="00394B86" w14:paraId="6810FE77" w14:textId="77777777">
        <w:trPr>
          <w:cantSplit/>
          <w:jc w:val="center"/>
        </w:trPr>
        <w:tc>
          <w:tcPr>
            <w:tcW w:w="1324" w:type="dxa"/>
            <w:shd w:val="clear" w:color="auto" w:fill="243746"/>
          </w:tcPr>
          <w:p w14:paraId="0D25430D" w14:textId="77777777" w:rsidR="00394B86" w:rsidRDefault="00000000">
            <w:pPr>
              <w:spacing w:line="228" w:lineRule="auto"/>
            </w:pPr>
            <w:r>
              <w:rPr>
                <w:b/>
                <w:color w:val="FFFFFF"/>
                <w:sz w:val="19"/>
              </w:rPr>
              <w:t>Worker / Werker</w:t>
            </w:r>
          </w:p>
        </w:tc>
        <w:tc>
          <w:tcPr>
            <w:tcW w:w="1324" w:type="dxa"/>
            <w:shd w:val="clear" w:color="auto" w:fill="243746"/>
          </w:tcPr>
          <w:p w14:paraId="698A1014" w14:textId="77777777" w:rsidR="00394B86" w:rsidRDefault="00000000">
            <w:pPr>
              <w:spacing w:line="228" w:lineRule="auto"/>
            </w:pPr>
            <w:r>
              <w:rPr>
                <w:b/>
                <w:color w:val="FFFFFF"/>
                <w:sz w:val="19"/>
              </w:rPr>
              <w:t>Mon / Ma</w:t>
            </w:r>
          </w:p>
        </w:tc>
        <w:tc>
          <w:tcPr>
            <w:tcW w:w="1324" w:type="dxa"/>
            <w:shd w:val="clear" w:color="auto" w:fill="243746"/>
          </w:tcPr>
          <w:p w14:paraId="7097CA1C" w14:textId="77777777" w:rsidR="00394B86" w:rsidRDefault="00000000">
            <w:pPr>
              <w:spacing w:line="228" w:lineRule="auto"/>
            </w:pPr>
            <w:r>
              <w:rPr>
                <w:b/>
                <w:color w:val="FFFFFF"/>
                <w:sz w:val="19"/>
              </w:rPr>
              <w:t>Tue / Di</w:t>
            </w:r>
          </w:p>
        </w:tc>
        <w:tc>
          <w:tcPr>
            <w:tcW w:w="1324" w:type="dxa"/>
            <w:shd w:val="clear" w:color="auto" w:fill="243746"/>
          </w:tcPr>
          <w:p w14:paraId="0A31797B" w14:textId="77777777" w:rsidR="00394B86" w:rsidRDefault="00000000">
            <w:pPr>
              <w:spacing w:line="228" w:lineRule="auto"/>
            </w:pPr>
            <w:r>
              <w:rPr>
                <w:b/>
                <w:color w:val="FFFFFF"/>
                <w:sz w:val="19"/>
              </w:rPr>
              <w:t>Wed / Wo</w:t>
            </w:r>
          </w:p>
        </w:tc>
        <w:tc>
          <w:tcPr>
            <w:tcW w:w="1324" w:type="dxa"/>
            <w:shd w:val="clear" w:color="auto" w:fill="243746"/>
          </w:tcPr>
          <w:p w14:paraId="270E06FA" w14:textId="77777777" w:rsidR="00394B86" w:rsidRDefault="00000000">
            <w:pPr>
              <w:spacing w:line="228" w:lineRule="auto"/>
            </w:pPr>
            <w:r>
              <w:rPr>
                <w:b/>
                <w:color w:val="FFFFFF"/>
                <w:sz w:val="19"/>
              </w:rPr>
              <w:t>Thu / Do</w:t>
            </w:r>
          </w:p>
        </w:tc>
        <w:tc>
          <w:tcPr>
            <w:tcW w:w="1324" w:type="dxa"/>
            <w:shd w:val="clear" w:color="auto" w:fill="243746"/>
          </w:tcPr>
          <w:p w14:paraId="602E6D80" w14:textId="77777777" w:rsidR="00394B86" w:rsidRDefault="00000000">
            <w:pPr>
              <w:spacing w:line="228" w:lineRule="auto"/>
            </w:pPr>
            <w:r>
              <w:rPr>
                <w:b/>
                <w:color w:val="FFFFFF"/>
                <w:sz w:val="19"/>
              </w:rPr>
              <w:t>Fri / Vr</w:t>
            </w:r>
          </w:p>
        </w:tc>
        <w:tc>
          <w:tcPr>
            <w:tcW w:w="1324" w:type="dxa"/>
            <w:shd w:val="clear" w:color="auto" w:fill="243746"/>
          </w:tcPr>
          <w:p w14:paraId="702BA8AE" w14:textId="77777777" w:rsidR="00394B86" w:rsidRDefault="00000000">
            <w:pPr>
              <w:spacing w:line="228" w:lineRule="auto"/>
            </w:pPr>
            <w:r>
              <w:rPr>
                <w:b/>
                <w:color w:val="FFFFFF"/>
                <w:sz w:val="19"/>
              </w:rPr>
              <w:t>Sat / Sa</w:t>
            </w:r>
          </w:p>
        </w:tc>
        <w:tc>
          <w:tcPr>
            <w:tcW w:w="1324" w:type="dxa"/>
            <w:shd w:val="clear" w:color="auto" w:fill="243746"/>
          </w:tcPr>
          <w:p w14:paraId="55F30B9A" w14:textId="77777777" w:rsidR="00394B86" w:rsidRDefault="00000000">
            <w:pPr>
              <w:spacing w:line="228" w:lineRule="auto"/>
            </w:pPr>
            <w:r>
              <w:rPr>
                <w:b/>
                <w:color w:val="FFFFFF"/>
                <w:sz w:val="19"/>
              </w:rPr>
              <w:t>Sun / So</w:t>
            </w:r>
          </w:p>
        </w:tc>
      </w:tr>
      <w:tr w:rsidR="00394B86" w14:paraId="19118B2D" w14:textId="77777777">
        <w:trPr>
          <w:cantSplit/>
          <w:jc w:val="center"/>
        </w:trPr>
        <w:tc>
          <w:tcPr>
            <w:tcW w:w="1324" w:type="dxa"/>
          </w:tcPr>
          <w:p w14:paraId="6EFF0E2B" w14:textId="77777777" w:rsidR="00394B86" w:rsidRDefault="00000000">
            <w:pPr>
              <w:spacing w:line="228" w:lineRule="auto"/>
            </w:pPr>
            <w:r>
              <w:rPr>
                <w:sz w:val="19"/>
              </w:rPr>
              <w:t>1</w:t>
            </w:r>
          </w:p>
        </w:tc>
        <w:tc>
          <w:tcPr>
            <w:tcW w:w="1324" w:type="dxa"/>
          </w:tcPr>
          <w:p w14:paraId="49CF79E3" w14:textId="77777777" w:rsidR="00394B86" w:rsidRDefault="00000000">
            <w:pPr>
              <w:spacing w:line="228" w:lineRule="auto"/>
              <w:jc w:val="center"/>
            </w:pPr>
            <w:r>
              <w:rPr>
                <w:sz w:val="19"/>
              </w:rPr>
              <w:t>☐</w:t>
            </w:r>
          </w:p>
        </w:tc>
        <w:tc>
          <w:tcPr>
            <w:tcW w:w="1324" w:type="dxa"/>
          </w:tcPr>
          <w:p w14:paraId="3783D374" w14:textId="77777777" w:rsidR="00394B86" w:rsidRDefault="00000000">
            <w:pPr>
              <w:spacing w:line="228" w:lineRule="auto"/>
              <w:jc w:val="center"/>
            </w:pPr>
            <w:r>
              <w:rPr>
                <w:sz w:val="19"/>
              </w:rPr>
              <w:t>☐</w:t>
            </w:r>
          </w:p>
        </w:tc>
        <w:tc>
          <w:tcPr>
            <w:tcW w:w="1324" w:type="dxa"/>
          </w:tcPr>
          <w:p w14:paraId="5753E8BF" w14:textId="77777777" w:rsidR="00394B86" w:rsidRDefault="00000000">
            <w:pPr>
              <w:spacing w:line="228" w:lineRule="auto"/>
              <w:jc w:val="center"/>
            </w:pPr>
            <w:r>
              <w:rPr>
                <w:sz w:val="19"/>
              </w:rPr>
              <w:t>☐</w:t>
            </w:r>
          </w:p>
        </w:tc>
        <w:tc>
          <w:tcPr>
            <w:tcW w:w="1324" w:type="dxa"/>
          </w:tcPr>
          <w:p w14:paraId="4914DEE6" w14:textId="77777777" w:rsidR="00394B86" w:rsidRDefault="00000000">
            <w:pPr>
              <w:spacing w:line="228" w:lineRule="auto"/>
              <w:jc w:val="center"/>
            </w:pPr>
            <w:r>
              <w:rPr>
                <w:sz w:val="19"/>
              </w:rPr>
              <w:t>☐</w:t>
            </w:r>
          </w:p>
        </w:tc>
        <w:tc>
          <w:tcPr>
            <w:tcW w:w="1324" w:type="dxa"/>
          </w:tcPr>
          <w:p w14:paraId="40B7EC88" w14:textId="77777777" w:rsidR="00394B86" w:rsidRDefault="00000000">
            <w:pPr>
              <w:spacing w:line="228" w:lineRule="auto"/>
              <w:jc w:val="center"/>
            </w:pPr>
            <w:r>
              <w:rPr>
                <w:sz w:val="19"/>
              </w:rPr>
              <w:t>☐</w:t>
            </w:r>
          </w:p>
        </w:tc>
        <w:tc>
          <w:tcPr>
            <w:tcW w:w="1324" w:type="dxa"/>
          </w:tcPr>
          <w:p w14:paraId="6AF9E21D" w14:textId="77777777" w:rsidR="00394B86" w:rsidRDefault="00000000">
            <w:pPr>
              <w:spacing w:line="228" w:lineRule="auto"/>
              <w:jc w:val="center"/>
            </w:pPr>
            <w:r>
              <w:rPr>
                <w:sz w:val="19"/>
              </w:rPr>
              <w:t>☐</w:t>
            </w:r>
          </w:p>
        </w:tc>
        <w:tc>
          <w:tcPr>
            <w:tcW w:w="1324" w:type="dxa"/>
          </w:tcPr>
          <w:p w14:paraId="0F646208" w14:textId="77777777" w:rsidR="00394B86" w:rsidRDefault="00000000">
            <w:pPr>
              <w:spacing w:line="228" w:lineRule="auto"/>
              <w:jc w:val="center"/>
            </w:pPr>
            <w:r>
              <w:rPr>
                <w:sz w:val="19"/>
              </w:rPr>
              <w:t>☐</w:t>
            </w:r>
          </w:p>
        </w:tc>
      </w:tr>
      <w:tr w:rsidR="00394B86" w14:paraId="1B3D3910" w14:textId="77777777">
        <w:trPr>
          <w:cantSplit/>
          <w:jc w:val="center"/>
        </w:trPr>
        <w:tc>
          <w:tcPr>
            <w:tcW w:w="1324" w:type="dxa"/>
          </w:tcPr>
          <w:p w14:paraId="5114EEA6" w14:textId="77777777" w:rsidR="00394B86" w:rsidRDefault="00000000">
            <w:pPr>
              <w:spacing w:line="228" w:lineRule="auto"/>
            </w:pPr>
            <w:r>
              <w:rPr>
                <w:sz w:val="19"/>
              </w:rPr>
              <w:t>2</w:t>
            </w:r>
          </w:p>
        </w:tc>
        <w:tc>
          <w:tcPr>
            <w:tcW w:w="1324" w:type="dxa"/>
          </w:tcPr>
          <w:p w14:paraId="2B144414" w14:textId="77777777" w:rsidR="00394B86" w:rsidRDefault="00000000">
            <w:pPr>
              <w:spacing w:line="228" w:lineRule="auto"/>
              <w:jc w:val="center"/>
            </w:pPr>
            <w:r>
              <w:rPr>
                <w:sz w:val="19"/>
              </w:rPr>
              <w:t>☐</w:t>
            </w:r>
          </w:p>
        </w:tc>
        <w:tc>
          <w:tcPr>
            <w:tcW w:w="1324" w:type="dxa"/>
          </w:tcPr>
          <w:p w14:paraId="43846AB6" w14:textId="77777777" w:rsidR="00394B86" w:rsidRDefault="00000000">
            <w:pPr>
              <w:spacing w:line="228" w:lineRule="auto"/>
              <w:jc w:val="center"/>
            </w:pPr>
            <w:r>
              <w:rPr>
                <w:sz w:val="19"/>
              </w:rPr>
              <w:t>☐</w:t>
            </w:r>
          </w:p>
        </w:tc>
        <w:tc>
          <w:tcPr>
            <w:tcW w:w="1324" w:type="dxa"/>
          </w:tcPr>
          <w:p w14:paraId="49FEB1D7" w14:textId="77777777" w:rsidR="00394B86" w:rsidRDefault="00000000">
            <w:pPr>
              <w:spacing w:line="228" w:lineRule="auto"/>
              <w:jc w:val="center"/>
            </w:pPr>
            <w:r>
              <w:rPr>
                <w:sz w:val="19"/>
              </w:rPr>
              <w:t>☐</w:t>
            </w:r>
          </w:p>
        </w:tc>
        <w:tc>
          <w:tcPr>
            <w:tcW w:w="1324" w:type="dxa"/>
          </w:tcPr>
          <w:p w14:paraId="4AF96A42" w14:textId="77777777" w:rsidR="00394B86" w:rsidRDefault="00000000">
            <w:pPr>
              <w:spacing w:line="228" w:lineRule="auto"/>
              <w:jc w:val="center"/>
            </w:pPr>
            <w:r>
              <w:rPr>
                <w:sz w:val="19"/>
              </w:rPr>
              <w:t>☐</w:t>
            </w:r>
          </w:p>
        </w:tc>
        <w:tc>
          <w:tcPr>
            <w:tcW w:w="1324" w:type="dxa"/>
          </w:tcPr>
          <w:p w14:paraId="5D6E480E" w14:textId="77777777" w:rsidR="00394B86" w:rsidRDefault="00000000">
            <w:pPr>
              <w:spacing w:line="228" w:lineRule="auto"/>
              <w:jc w:val="center"/>
            </w:pPr>
            <w:r>
              <w:rPr>
                <w:sz w:val="19"/>
              </w:rPr>
              <w:t>☐</w:t>
            </w:r>
          </w:p>
        </w:tc>
        <w:tc>
          <w:tcPr>
            <w:tcW w:w="1324" w:type="dxa"/>
          </w:tcPr>
          <w:p w14:paraId="6ACF385F" w14:textId="77777777" w:rsidR="00394B86" w:rsidRDefault="00000000">
            <w:pPr>
              <w:spacing w:line="228" w:lineRule="auto"/>
              <w:jc w:val="center"/>
            </w:pPr>
            <w:r>
              <w:rPr>
                <w:sz w:val="19"/>
              </w:rPr>
              <w:t>☐</w:t>
            </w:r>
          </w:p>
        </w:tc>
        <w:tc>
          <w:tcPr>
            <w:tcW w:w="1324" w:type="dxa"/>
          </w:tcPr>
          <w:p w14:paraId="2AB274F2" w14:textId="77777777" w:rsidR="00394B86" w:rsidRDefault="00000000">
            <w:pPr>
              <w:spacing w:line="228" w:lineRule="auto"/>
              <w:jc w:val="center"/>
            </w:pPr>
            <w:r>
              <w:rPr>
                <w:sz w:val="19"/>
              </w:rPr>
              <w:t>☐</w:t>
            </w:r>
          </w:p>
        </w:tc>
      </w:tr>
    </w:tbl>
    <w:p w14:paraId="16C2E9CA" w14:textId="77777777" w:rsidR="00394B86" w:rsidRDefault="00394B86">
      <w:pPr>
        <w:spacing w:line="240" w:lineRule="auto"/>
      </w:pPr>
    </w:p>
    <w:p w14:paraId="4E8FAF17" w14:textId="77777777" w:rsidR="00394B86" w:rsidRDefault="00000000">
      <w:pPr>
        <w:keepNext/>
        <w:pageBreakBefore/>
        <w:spacing w:after="40" w:line="240" w:lineRule="auto"/>
        <w:jc w:val="center"/>
      </w:pPr>
      <w:r>
        <w:rPr>
          <w:rFonts w:ascii="Aptos Display" w:hAnsi="Aptos Display"/>
          <w:b/>
          <w:color w:val="243746"/>
          <w:sz w:val="36"/>
        </w:rPr>
        <w:lastRenderedPageBreak/>
        <w:t>FORM B3 - CAREGIVERS / VERSORGERS</w:t>
      </w:r>
    </w:p>
    <w:tbl>
      <w:tblPr>
        <w:tblW w:w="0" w:type="auto"/>
        <w:jc w:val="center"/>
        <w:tblBorders>
          <w:top w:val="single" w:sz="10" w:space="0" w:color="6E8877"/>
          <w:left w:val="single" w:sz="10" w:space="0" w:color="6E8877"/>
          <w:bottom w:val="single" w:sz="10" w:space="0" w:color="6E8877"/>
          <w:right w:val="single" w:sz="10" w:space="0" w:color="6E8877"/>
          <w:insideH w:val="single" w:sz="10" w:space="0" w:color="6E8877"/>
          <w:insideV w:val="single" w:sz="10" w:space="0" w:color="6E8877"/>
        </w:tblBorders>
        <w:tblLook w:val="04A0" w:firstRow="1" w:lastRow="0" w:firstColumn="1" w:lastColumn="0" w:noHBand="0" w:noVBand="1"/>
      </w:tblPr>
      <w:tblGrid>
        <w:gridCol w:w="5139"/>
        <w:gridCol w:w="5138"/>
        <w:gridCol w:w="31"/>
      </w:tblGrid>
      <w:tr w:rsidR="00394B86" w14:paraId="75333F9B" w14:textId="77777777">
        <w:trPr>
          <w:cantSplit/>
          <w:jc w:val="center"/>
        </w:trPr>
        <w:tc>
          <w:tcPr>
            <w:tcW w:w="5298" w:type="dxa"/>
            <w:shd w:val="clear" w:color="auto" w:fill="F3F6F4"/>
          </w:tcPr>
          <w:p w14:paraId="793CF4D8" w14:textId="77777777" w:rsidR="00394B86" w:rsidRDefault="00000000">
            <w:pPr>
              <w:spacing w:after="0" w:line="228" w:lineRule="auto"/>
            </w:pPr>
            <w:r>
              <w:rPr>
                <w:b/>
                <w:sz w:val="18"/>
              </w:rPr>
              <w:t>CAREGIVER 1 / VERSORGER 1</w:t>
            </w:r>
          </w:p>
        </w:tc>
        <w:tc>
          <w:tcPr>
            <w:tcW w:w="5298" w:type="dxa"/>
            <w:gridSpan w:val="2"/>
            <w:shd w:val="clear" w:color="auto" w:fill="F3F6F4"/>
          </w:tcPr>
          <w:p w14:paraId="328A0D76" w14:textId="77777777" w:rsidR="00394B86" w:rsidRDefault="00000000">
            <w:pPr>
              <w:spacing w:after="0" w:line="228" w:lineRule="auto"/>
            </w:pPr>
            <w:r>
              <w:rPr>
                <w:b/>
                <w:sz w:val="18"/>
              </w:rPr>
              <w:t>CAREGIVER 2 / VERSORGER 2</w:t>
            </w:r>
          </w:p>
        </w:tc>
      </w:tr>
      <w:tr w:rsidR="00394B86" w14:paraId="3B8004AC" w14:textId="77777777">
        <w:trPr>
          <w:cantSplit/>
          <w:jc w:val="center"/>
        </w:trPr>
        <w:tc>
          <w:tcPr>
            <w:tcW w:w="5298" w:type="dxa"/>
            <w:tcMar>
              <w:top w:w="70" w:type="dxa"/>
              <w:left w:w="80" w:type="dxa"/>
              <w:bottom w:w="70" w:type="dxa"/>
              <w:right w:w="80" w:type="dxa"/>
            </w:tcMar>
          </w:tcPr>
          <w:p w14:paraId="4A1C120C" w14:textId="77777777" w:rsidR="00394B86" w:rsidRDefault="00000000">
            <w:pPr>
              <w:spacing w:after="0" w:line="228" w:lineRule="auto"/>
            </w:pPr>
            <w:r>
              <w:rPr>
                <w:b/>
                <w:sz w:val="18"/>
              </w:rPr>
              <w:t>Name &amp; surname / Naam &amp; van</w:t>
            </w:r>
          </w:p>
          <w:p w14:paraId="31ED3033" w14:textId="77777777" w:rsidR="00394B86" w:rsidRDefault="00000000">
            <w:pPr>
              <w:spacing w:after="160" w:line="228" w:lineRule="auto"/>
            </w:pPr>
            <w:r>
              <w:rPr>
                <w:sz w:val="22"/>
              </w:rPr>
              <w:t xml:space="preserve"> </w:t>
            </w:r>
          </w:p>
        </w:tc>
        <w:tc>
          <w:tcPr>
            <w:tcW w:w="5298" w:type="dxa"/>
            <w:gridSpan w:val="2"/>
            <w:tcMar>
              <w:top w:w="70" w:type="dxa"/>
              <w:left w:w="80" w:type="dxa"/>
              <w:bottom w:w="70" w:type="dxa"/>
              <w:right w:w="80" w:type="dxa"/>
            </w:tcMar>
          </w:tcPr>
          <w:p w14:paraId="735EE632" w14:textId="77777777" w:rsidR="00394B86" w:rsidRDefault="00000000">
            <w:pPr>
              <w:spacing w:after="0" w:line="228" w:lineRule="auto"/>
            </w:pPr>
            <w:r>
              <w:rPr>
                <w:b/>
                <w:sz w:val="18"/>
              </w:rPr>
              <w:t>Name &amp; surname / Naam &amp; van</w:t>
            </w:r>
          </w:p>
          <w:p w14:paraId="1AB20BEB" w14:textId="77777777" w:rsidR="00394B86" w:rsidRDefault="00000000">
            <w:pPr>
              <w:spacing w:after="160" w:line="228" w:lineRule="auto"/>
            </w:pPr>
            <w:r>
              <w:rPr>
                <w:sz w:val="22"/>
              </w:rPr>
              <w:t xml:space="preserve"> </w:t>
            </w:r>
          </w:p>
        </w:tc>
      </w:tr>
      <w:tr w:rsidR="00394B86" w14:paraId="2C025F7B" w14:textId="77777777">
        <w:trPr>
          <w:cantSplit/>
          <w:jc w:val="center"/>
        </w:trPr>
        <w:tc>
          <w:tcPr>
            <w:tcW w:w="5298" w:type="dxa"/>
            <w:tcMar>
              <w:top w:w="70" w:type="dxa"/>
              <w:left w:w="80" w:type="dxa"/>
              <w:bottom w:w="70" w:type="dxa"/>
              <w:right w:w="80" w:type="dxa"/>
            </w:tcMar>
          </w:tcPr>
          <w:p w14:paraId="39400D35" w14:textId="77777777" w:rsidR="00394B86" w:rsidRDefault="00000000">
            <w:pPr>
              <w:spacing w:after="0" w:line="228" w:lineRule="auto"/>
            </w:pPr>
            <w:r>
              <w:rPr>
                <w:b/>
                <w:sz w:val="18"/>
              </w:rPr>
              <w:t>ID number / ID-nommer</w:t>
            </w:r>
          </w:p>
          <w:p w14:paraId="6947721C" w14:textId="77777777" w:rsidR="00394B86" w:rsidRDefault="00000000">
            <w:pPr>
              <w:spacing w:after="160" w:line="228" w:lineRule="auto"/>
            </w:pPr>
            <w:r>
              <w:rPr>
                <w:sz w:val="22"/>
              </w:rPr>
              <w:t xml:space="preserve"> </w:t>
            </w:r>
          </w:p>
        </w:tc>
        <w:tc>
          <w:tcPr>
            <w:tcW w:w="5298" w:type="dxa"/>
            <w:gridSpan w:val="2"/>
            <w:tcMar>
              <w:top w:w="70" w:type="dxa"/>
              <w:left w:w="80" w:type="dxa"/>
              <w:bottom w:w="70" w:type="dxa"/>
              <w:right w:w="80" w:type="dxa"/>
            </w:tcMar>
          </w:tcPr>
          <w:p w14:paraId="74F17D6D" w14:textId="77777777" w:rsidR="00394B86" w:rsidRDefault="00000000">
            <w:pPr>
              <w:spacing w:after="0" w:line="228" w:lineRule="auto"/>
            </w:pPr>
            <w:r>
              <w:rPr>
                <w:b/>
                <w:sz w:val="18"/>
              </w:rPr>
              <w:t>ID number / ID-nommer</w:t>
            </w:r>
          </w:p>
          <w:p w14:paraId="6F65B5F5" w14:textId="77777777" w:rsidR="00394B86" w:rsidRDefault="00000000">
            <w:pPr>
              <w:spacing w:after="160" w:line="228" w:lineRule="auto"/>
            </w:pPr>
            <w:r>
              <w:rPr>
                <w:sz w:val="22"/>
              </w:rPr>
              <w:t xml:space="preserve"> </w:t>
            </w:r>
          </w:p>
        </w:tc>
      </w:tr>
      <w:tr w:rsidR="00394B86" w14:paraId="07AED852" w14:textId="77777777">
        <w:trPr>
          <w:cantSplit/>
          <w:jc w:val="center"/>
        </w:trPr>
        <w:tc>
          <w:tcPr>
            <w:tcW w:w="5298" w:type="dxa"/>
            <w:tcMar>
              <w:top w:w="70" w:type="dxa"/>
              <w:left w:w="80" w:type="dxa"/>
              <w:bottom w:w="70" w:type="dxa"/>
              <w:right w:w="80" w:type="dxa"/>
            </w:tcMar>
          </w:tcPr>
          <w:p w14:paraId="7215C5AD" w14:textId="77777777" w:rsidR="00394B86" w:rsidRDefault="00000000">
            <w:pPr>
              <w:spacing w:after="0" w:line="228" w:lineRule="auto"/>
            </w:pPr>
            <w:r>
              <w:rPr>
                <w:b/>
                <w:sz w:val="18"/>
              </w:rPr>
              <w:t>Address / Adres</w:t>
            </w:r>
          </w:p>
          <w:p w14:paraId="484D6F70" w14:textId="77777777" w:rsidR="00394B86" w:rsidRDefault="00000000">
            <w:pPr>
              <w:spacing w:after="160" w:line="228" w:lineRule="auto"/>
            </w:pPr>
            <w:r>
              <w:rPr>
                <w:sz w:val="22"/>
              </w:rPr>
              <w:t xml:space="preserve"> </w:t>
            </w:r>
          </w:p>
          <w:p w14:paraId="5DB9039D" w14:textId="77777777" w:rsidR="00394B86" w:rsidRDefault="00000000">
            <w:pPr>
              <w:spacing w:after="160" w:line="228" w:lineRule="auto"/>
            </w:pPr>
            <w:r>
              <w:rPr>
                <w:sz w:val="22"/>
              </w:rPr>
              <w:t xml:space="preserve"> </w:t>
            </w:r>
          </w:p>
          <w:p w14:paraId="1DCC7567" w14:textId="77777777" w:rsidR="00394B86" w:rsidRDefault="00000000">
            <w:pPr>
              <w:spacing w:after="160" w:line="228" w:lineRule="auto"/>
            </w:pPr>
            <w:r>
              <w:rPr>
                <w:sz w:val="22"/>
              </w:rPr>
              <w:t xml:space="preserve"> </w:t>
            </w:r>
          </w:p>
          <w:p w14:paraId="47C0C250" w14:textId="77777777" w:rsidR="00394B86" w:rsidRDefault="00000000">
            <w:pPr>
              <w:spacing w:after="160" w:line="228" w:lineRule="auto"/>
            </w:pPr>
            <w:r>
              <w:rPr>
                <w:sz w:val="22"/>
              </w:rPr>
              <w:t xml:space="preserve"> </w:t>
            </w:r>
          </w:p>
        </w:tc>
        <w:tc>
          <w:tcPr>
            <w:tcW w:w="5298" w:type="dxa"/>
            <w:gridSpan w:val="2"/>
            <w:tcMar>
              <w:top w:w="70" w:type="dxa"/>
              <w:left w:w="80" w:type="dxa"/>
              <w:bottom w:w="70" w:type="dxa"/>
              <w:right w:w="80" w:type="dxa"/>
            </w:tcMar>
          </w:tcPr>
          <w:p w14:paraId="48EB655B" w14:textId="77777777" w:rsidR="00394B86" w:rsidRDefault="00000000">
            <w:pPr>
              <w:spacing w:after="0" w:line="228" w:lineRule="auto"/>
            </w:pPr>
            <w:r>
              <w:rPr>
                <w:b/>
                <w:sz w:val="18"/>
              </w:rPr>
              <w:t>Address / Adres</w:t>
            </w:r>
          </w:p>
          <w:p w14:paraId="099C3C4A" w14:textId="77777777" w:rsidR="00394B86" w:rsidRDefault="00000000">
            <w:pPr>
              <w:spacing w:after="160" w:line="228" w:lineRule="auto"/>
            </w:pPr>
            <w:r>
              <w:rPr>
                <w:sz w:val="22"/>
              </w:rPr>
              <w:t xml:space="preserve"> </w:t>
            </w:r>
          </w:p>
          <w:p w14:paraId="49C18965" w14:textId="77777777" w:rsidR="00394B86" w:rsidRDefault="00000000">
            <w:pPr>
              <w:spacing w:after="160" w:line="228" w:lineRule="auto"/>
            </w:pPr>
            <w:r>
              <w:rPr>
                <w:sz w:val="22"/>
              </w:rPr>
              <w:t xml:space="preserve"> </w:t>
            </w:r>
          </w:p>
          <w:p w14:paraId="20C0CF78" w14:textId="77777777" w:rsidR="00394B86" w:rsidRDefault="00000000">
            <w:pPr>
              <w:spacing w:after="160" w:line="228" w:lineRule="auto"/>
            </w:pPr>
            <w:r>
              <w:rPr>
                <w:sz w:val="22"/>
              </w:rPr>
              <w:t xml:space="preserve"> </w:t>
            </w:r>
          </w:p>
          <w:p w14:paraId="1FE3F807" w14:textId="77777777" w:rsidR="00394B86" w:rsidRDefault="00000000">
            <w:pPr>
              <w:spacing w:after="160" w:line="228" w:lineRule="auto"/>
            </w:pPr>
            <w:r>
              <w:rPr>
                <w:sz w:val="22"/>
              </w:rPr>
              <w:t xml:space="preserve"> </w:t>
            </w:r>
          </w:p>
        </w:tc>
      </w:tr>
      <w:tr w:rsidR="00394B86" w14:paraId="1ADCA943" w14:textId="77777777">
        <w:trPr>
          <w:cantSplit/>
          <w:jc w:val="center"/>
        </w:trPr>
        <w:tc>
          <w:tcPr>
            <w:tcW w:w="5298" w:type="dxa"/>
            <w:tcMar>
              <w:top w:w="70" w:type="dxa"/>
              <w:left w:w="80" w:type="dxa"/>
              <w:bottom w:w="70" w:type="dxa"/>
              <w:right w:w="80" w:type="dxa"/>
            </w:tcMar>
          </w:tcPr>
          <w:p w14:paraId="59AD88F8" w14:textId="77777777" w:rsidR="00394B86" w:rsidRDefault="00000000">
            <w:pPr>
              <w:spacing w:after="0" w:line="228" w:lineRule="auto"/>
            </w:pPr>
            <w:r>
              <w:rPr>
                <w:b/>
                <w:sz w:val="18"/>
              </w:rPr>
              <w:t>Mobile / Selfoon</w:t>
            </w:r>
          </w:p>
          <w:p w14:paraId="716C815C" w14:textId="77777777" w:rsidR="00394B86" w:rsidRDefault="00000000">
            <w:pPr>
              <w:spacing w:after="160" w:line="228" w:lineRule="auto"/>
            </w:pPr>
            <w:r>
              <w:rPr>
                <w:sz w:val="22"/>
              </w:rPr>
              <w:t xml:space="preserve"> </w:t>
            </w:r>
          </w:p>
        </w:tc>
        <w:tc>
          <w:tcPr>
            <w:tcW w:w="5298" w:type="dxa"/>
            <w:gridSpan w:val="2"/>
            <w:tcMar>
              <w:top w:w="70" w:type="dxa"/>
              <w:left w:w="80" w:type="dxa"/>
              <w:bottom w:w="70" w:type="dxa"/>
              <w:right w:w="80" w:type="dxa"/>
            </w:tcMar>
          </w:tcPr>
          <w:p w14:paraId="6AAB9C82" w14:textId="77777777" w:rsidR="00394B86" w:rsidRDefault="00000000">
            <w:pPr>
              <w:spacing w:after="0" w:line="228" w:lineRule="auto"/>
            </w:pPr>
            <w:r>
              <w:rPr>
                <w:b/>
                <w:sz w:val="18"/>
              </w:rPr>
              <w:t>Mobile / Selfoon</w:t>
            </w:r>
          </w:p>
          <w:p w14:paraId="54A00B41" w14:textId="77777777" w:rsidR="00394B86" w:rsidRDefault="00000000">
            <w:pPr>
              <w:spacing w:after="160" w:line="228" w:lineRule="auto"/>
            </w:pPr>
            <w:r>
              <w:rPr>
                <w:sz w:val="22"/>
              </w:rPr>
              <w:t xml:space="preserve"> </w:t>
            </w:r>
          </w:p>
        </w:tc>
      </w:tr>
      <w:tr w:rsidR="00394B86" w14:paraId="6D2EE7C8" w14:textId="77777777">
        <w:trPr>
          <w:cantSplit/>
          <w:jc w:val="center"/>
        </w:trPr>
        <w:tc>
          <w:tcPr>
            <w:tcW w:w="5298" w:type="dxa"/>
            <w:tcMar>
              <w:top w:w="70" w:type="dxa"/>
              <w:left w:w="80" w:type="dxa"/>
              <w:bottom w:w="70" w:type="dxa"/>
              <w:right w:w="80" w:type="dxa"/>
            </w:tcMar>
          </w:tcPr>
          <w:p w14:paraId="1E56315B" w14:textId="77777777" w:rsidR="00394B86" w:rsidRDefault="00000000">
            <w:pPr>
              <w:spacing w:after="0" w:line="228" w:lineRule="auto"/>
            </w:pPr>
            <w:r>
              <w:rPr>
                <w:b/>
                <w:sz w:val="18"/>
              </w:rPr>
              <w:t>Landline / Landlyn</w:t>
            </w:r>
          </w:p>
          <w:p w14:paraId="6BB02482" w14:textId="77777777" w:rsidR="00394B86" w:rsidRDefault="00000000">
            <w:pPr>
              <w:spacing w:after="160" w:line="228" w:lineRule="auto"/>
            </w:pPr>
            <w:r>
              <w:rPr>
                <w:sz w:val="22"/>
              </w:rPr>
              <w:t xml:space="preserve"> </w:t>
            </w:r>
          </w:p>
        </w:tc>
        <w:tc>
          <w:tcPr>
            <w:tcW w:w="5298" w:type="dxa"/>
            <w:gridSpan w:val="2"/>
            <w:tcMar>
              <w:top w:w="70" w:type="dxa"/>
              <w:left w:w="80" w:type="dxa"/>
              <w:bottom w:w="70" w:type="dxa"/>
              <w:right w:w="80" w:type="dxa"/>
            </w:tcMar>
          </w:tcPr>
          <w:p w14:paraId="5F756EC2" w14:textId="77777777" w:rsidR="00394B86" w:rsidRDefault="00000000">
            <w:pPr>
              <w:spacing w:after="0" w:line="228" w:lineRule="auto"/>
            </w:pPr>
            <w:r>
              <w:rPr>
                <w:b/>
                <w:sz w:val="18"/>
              </w:rPr>
              <w:t>Landline / Landlyn</w:t>
            </w:r>
          </w:p>
          <w:p w14:paraId="3726F918" w14:textId="77777777" w:rsidR="00394B86" w:rsidRDefault="00000000">
            <w:pPr>
              <w:spacing w:after="160" w:line="228" w:lineRule="auto"/>
            </w:pPr>
            <w:r>
              <w:rPr>
                <w:sz w:val="22"/>
              </w:rPr>
              <w:t xml:space="preserve"> </w:t>
            </w:r>
          </w:p>
        </w:tc>
      </w:tr>
      <w:tr w:rsidR="00394B86" w14:paraId="35C449D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 w:type="dxa"/>
          <w:cantSplit/>
          <w:jc w:val="center"/>
        </w:trPr>
        <w:tc>
          <w:tcPr>
            <w:tcW w:w="10596" w:type="dxa"/>
            <w:gridSpan w:val="2"/>
            <w:shd w:val="clear" w:color="auto" w:fill="FBF6EC"/>
            <w:tcMar>
              <w:top w:w="130" w:type="dxa"/>
              <w:left w:w="140" w:type="dxa"/>
              <w:bottom w:w="130" w:type="dxa"/>
              <w:right w:w="140" w:type="dxa"/>
            </w:tcMar>
          </w:tcPr>
          <w:p w14:paraId="3B7ECA3C" w14:textId="77777777" w:rsidR="00394B86" w:rsidRDefault="00000000">
            <w:pPr>
              <w:spacing w:line="228" w:lineRule="auto"/>
            </w:pPr>
            <w:r>
              <w:rPr>
                <w:b/>
                <w:color w:val="B88C4A"/>
              </w:rPr>
              <w:t>REMINDER / HERINNERING</w:t>
            </w:r>
          </w:p>
          <w:p w14:paraId="0A212CE7" w14:textId="77777777" w:rsidR="00394B86" w:rsidRDefault="00000000">
            <w:pPr>
              <w:spacing w:after="0" w:line="228" w:lineRule="auto"/>
            </w:pPr>
            <w:r>
              <w:rPr>
                <w:sz w:val="19"/>
              </w:rPr>
              <w:t>The supplied security form asks that this information be completed and returned to Reception. / Die aangehegte sekuriteitsvorm versoek dat hierdie inligting voltooi en by Ontvangs ingedien word.</w:t>
            </w:r>
          </w:p>
        </w:tc>
      </w:tr>
    </w:tbl>
    <w:p w14:paraId="4652D371" w14:textId="77777777" w:rsidR="00394B86" w:rsidRDefault="00000000">
      <w:pPr>
        <w:spacing w:line="240" w:lineRule="auto"/>
        <w:jc w:val="center"/>
      </w:pPr>
      <w:r>
        <w:rPr>
          <w:b/>
          <w:color w:val="6E8877"/>
        </w:rPr>
        <w:t>PLEASE COMPLETE AND RETURN TO RECEPTION / VOLTOOI ASSEBLIEF EN HANDIG BY ONTVANGS IN</w:t>
      </w:r>
    </w:p>
    <w:p w14:paraId="72867150" w14:textId="77777777" w:rsidR="00394B86" w:rsidRDefault="00394B86">
      <w:pPr>
        <w:spacing w:line="240" w:lineRule="auto"/>
      </w:pPr>
    </w:p>
    <w:p w14:paraId="2AB5ED0B" w14:textId="77777777" w:rsidR="00394B86" w:rsidRDefault="00000000">
      <w:pPr>
        <w:pStyle w:val="Title"/>
        <w:pageBreakBefore/>
      </w:pPr>
      <w:r>
        <w:rPr>
          <w:b/>
          <w:sz w:val="36"/>
        </w:rPr>
        <w:lastRenderedPageBreak/>
        <w:t>ACKNOWLEDGEMENT / ERKENNING</w:t>
      </w:r>
    </w:p>
    <w:p w14:paraId="205396E4" w14:textId="77777777" w:rsidR="00394B86" w:rsidRDefault="00000000">
      <w:pPr>
        <w:spacing w:line="240" w:lineRule="auto"/>
      </w:pPr>
      <w:r>
        <w:t>I acknowledge receipt of the La Provence Body Corporate New Resident Welcome Pack and confirm that the information provided by me in the completed forms is correct to the best of my knowledge. / Ek erken ontvangs van die La Provence Body Corporate Nuwe Inwoner Verwelkomingspakket en bevestig dat die inligting wat ek in die voltooide vorms verskaf het, na die beste van my wete korrek is.</w:t>
      </w:r>
    </w:p>
    <w:tbl>
      <w:tblPr>
        <w:tblW w:w="0" w:type="auto"/>
        <w:jc w:val="center"/>
        <w:tblBorders>
          <w:top w:val="single" w:sz="10" w:space="0" w:color="6E8877"/>
          <w:left w:val="single" w:sz="10" w:space="0" w:color="6E8877"/>
          <w:bottom w:val="single" w:sz="10" w:space="0" w:color="6E8877"/>
          <w:right w:val="single" w:sz="10" w:space="0" w:color="6E8877"/>
          <w:insideH w:val="single" w:sz="10" w:space="0" w:color="6E8877"/>
          <w:insideV w:val="single" w:sz="10" w:space="0" w:color="6E8877"/>
        </w:tblBorders>
        <w:tblLook w:val="04A0" w:firstRow="1" w:lastRow="0" w:firstColumn="1" w:lastColumn="0" w:noHBand="0" w:noVBand="1"/>
      </w:tblPr>
      <w:tblGrid>
        <w:gridCol w:w="5117"/>
        <w:gridCol w:w="5135"/>
      </w:tblGrid>
      <w:tr w:rsidR="00394B86" w14:paraId="0C148F60" w14:textId="77777777">
        <w:trPr>
          <w:cantSplit/>
          <w:jc w:val="center"/>
        </w:trPr>
        <w:tc>
          <w:tcPr>
            <w:tcW w:w="5298" w:type="dxa"/>
            <w:tcMar>
              <w:top w:w="70" w:type="dxa"/>
              <w:left w:w="80" w:type="dxa"/>
              <w:bottom w:w="70" w:type="dxa"/>
              <w:right w:w="80" w:type="dxa"/>
            </w:tcMar>
          </w:tcPr>
          <w:p w14:paraId="41D05EC7" w14:textId="77777777" w:rsidR="00394B86" w:rsidRDefault="00000000">
            <w:pPr>
              <w:spacing w:after="0" w:line="228" w:lineRule="auto"/>
            </w:pPr>
            <w:r>
              <w:rPr>
                <w:b/>
                <w:sz w:val="19"/>
              </w:rPr>
              <w:t>Date / Datum</w:t>
            </w:r>
          </w:p>
          <w:p w14:paraId="71D0C9BD"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71D84281" w14:textId="77777777" w:rsidR="00394B86" w:rsidRDefault="00000000">
            <w:pPr>
              <w:spacing w:after="0" w:line="228" w:lineRule="auto"/>
            </w:pPr>
            <w:r>
              <w:rPr>
                <w:b/>
                <w:sz w:val="19"/>
              </w:rPr>
              <w:t>Unit / Eenheid</w:t>
            </w:r>
          </w:p>
          <w:p w14:paraId="107C4FF8" w14:textId="77777777" w:rsidR="00394B86" w:rsidRDefault="00000000">
            <w:pPr>
              <w:spacing w:after="160" w:line="228" w:lineRule="auto"/>
            </w:pPr>
            <w:r>
              <w:rPr>
                <w:sz w:val="22"/>
              </w:rPr>
              <w:t xml:space="preserve"> </w:t>
            </w:r>
          </w:p>
        </w:tc>
      </w:tr>
      <w:tr w:rsidR="00394B86" w14:paraId="7568D5BD" w14:textId="77777777">
        <w:trPr>
          <w:cantSplit/>
          <w:jc w:val="center"/>
        </w:trPr>
        <w:tc>
          <w:tcPr>
            <w:tcW w:w="5298" w:type="dxa"/>
            <w:tcMar>
              <w:top w:w="70" w:type="dxa"/>
              <w:left w:w="80" w:type="dxa"/>
              <w:bottom w:w="70" w:type="dxa"/>
              <w:right w:w="80" w:type="dxa"/>
            </w:tcMar>
          </w:tcPr>
          <w:p w14:paraId="0BCD04C9" w14:textId="77777777" w:rsidR="00394B86" w:rsidRDefault="00000000">
            <w:pPr>
              <w:spacing w:after="0" w:line="228" w:lineRule="auto"/>
            </w:pPr>
            <w:r>
              <w:rPr>
                <w:b/>
                <w:sz w:val="19"/>
              </w:rPr>
              <w:t>Name and surname / Naam en van</w:t>
            </w:r>
          </w:p>
          <w:p w14:paraId="533D3B41"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6F171B34" w14:textId="77777777" w:rsidR="00394B86" w:rsidRDefault="00000000">
            <w:pPr>
              <w:spacing w:after="0" w:line="228" w:lineRule="auto"/>
            </w:pPr>
            <w:r>
              <w:rPr>
                <w:b/>
                <w:sz w:val="19"/>
              </w:rPr>
              <w:t>Signature / Handtekening</w:t>
            </w:r>
          </w:p>
          <w:p w14:paraId="647B9DFD" w14:textId="77777777" w:rsidR="00394B86" w:rsidRDefault="00000000">
            <w:pPr>
              <w:spacing w:after="160" w:line="228" w:lineRule="auto"/>
            </w:pPr>
            <w:r>
              <w:rPr>
                <w:sz w:val="22"/>
              </w:rPr>
              <w:t xml:space="preserve"> </w:t>
            </w:r>
          </w:p>
        </w:tc>
      </w:tr>
      <w:tr w:rsidR="00394B86" w14:paraId="66C67FEE" w14:textId="77777777">
        <w:trPr>
          <w:cantSplit/>
          <w:jc w:val="center"/>
        </w:trPr>
        <w:tc>
          <w:tcPr>
            <w:tcW w:w="5298" w:type="dxa"/>
            <w:tcMar>
              <w:top w:w="70" w:type="dxa"/>
              <w:left w:w="80" w:type="dxa"/>
              <w:bottom w:w="70" w:type="dxa"/>
              <w:right w:w="80" w:type="dxa"/>
            </w:tcMar>
          </w:tcPr>
          <w:p w14:paraId="51DCA3E7" w14:textId="77777777" w:rsidR="00394B86" w:rsidRDefault="00000000">
            <w:pPr>
              <w:spacing w:after="0" w:line="228" w:lineRule="auto"/>
            </w:pPr>
            <w:r>
              <w:rPr>
                <w:b/>
                <w:sz w:val="19"/>
              </w:rPr>
              <w:t>Second resident name / Tweede inwoner se naam</w:t>
            </w:r>
          </w:p>
          <w:p w14:paraId="1888B2A8"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4F3A936C" w14:textId="77777777" w:rsidR="00394B86" w:rsidRDefault="00000000">
            <w:pPr>
              <w:spacing w:after="0" w:line="228" w:lineRule="auto"/>
            </w:pPr>
            <w:r>
              <w:rPr>
                <w:b/>
                <w:sz w:val="19"/>
              </w:rPr>
              <w:t>Signature / Handtekening</w:t>
            </w:r>
          </w:p>
          <w:p w14:paraId="15367F83" w14:textId="77777777" w:rsidR="00394B86" w:rsidRDefault="00000000">
            <w:pPr>
              <w:spacing w:after="160" w:line="228" w:lineRule="auto"/>
            </w:pPr>
            <w:r>
              <w:rPr>
                <w:sz w:val="22"/>
              </w:rPr>
              <w:t xml:space="preserve"> </w:t>
            </w:r>
          </w:p>
        </w:tc>
      </w:tr>
      <w:tr w:rsidR="00394B86" w14:paraId="61C509EB" w14:textId="77777777">
        <w:trPr>
          <w:cantSplit/>
          <w:jc w:val="center"/>
        </w:trPr>
        <w:tc>
          <w:tcPr>
            <w:tcW w:w="5298" w:type="dxa"/>
            <w:tcMar>
              <w:top w:w="70" w:type="dxa"/>
              <w:left w:w="80" w:type="dxa"/>
              <w:bottom w:w="70" w:type="dxa"/>
              <w:right w:w="80" w:type="dxa"/>
            </w:tcMar>
          </w:tcPr>
          <w:p w14:paraId="6826C844" w14:textId="77777777" w:rsidR="00394B86" w:rsidRDefault="00000000">
            <w:pPr>
              <w:spacing w:after="0" w:line="228" w:lineRule="auto"/>
            </w:pPr>
            <w:r>
              <w:rPr>
                <w:b/>
                <w:sz w:val="19"/>
              </w:rPr>
              <w:t>Office received by / Kantoor ontvang deur</w:t>
            </w:r>
          </w:p>
          <w:p w14:paraId="32DDCDBE" w14:textId="77777777" w:rsidR="00394B86" w:rsidRDefault="00000000">
            <w:pPr>
              <w:spacing w:after="160" w:line="228" w:lineRule="auto"/>
            </w:pPr>
            <w:r>
              <w:rPr>
                <w:sz w:val="22"/>
              </w:rPr>
              <w:t xml:space="preserve"> </w:t>
            </w:r>
          </w:p>
        </w:tc>
        <w:tc>
          <w:tcPr>
            <w:tcW w:w="5298" w:type="dxa"/>
            <w:tcMar>
              <w:top w:w="70" w:type="dxa"/>
              <w:left w:w="80" w:type="dxa"/>
              <w:bottom w:w="70" w:type="dxa"/>
              <w:right w:w="80" w:type="dxa"/>
            </w:tcMar>
          </w:tcPr>
          <w:p w14:paraId="022AC13A" w14:textId="77777777" w:rsidR="00394B86" w:rsidRDefault="00000000">
            <w:pPr>
              <w:spacing w:after="0" w:line="228" w:lineRule="auto"/>
            </w:pPr>
            <w:r>
              <w:rPr>
                <w:b/>
                <w:sz w:val="19"/>
              </w:rPr>
              <w:t>Date received / Datum ontvang</w:t>
            </w:r>
          </w:p>
          <w:p w14:paraId="3D438152" w14:textId="77777777" w:rsidR="00394B86" w:rsidRDefault="00000000">
            <w:pPr>
              <w:spacing w:after="160" w:line="228" w:lineRule="auto"/>
            </w:pPr>
            <w:r>
              <w:rPr>
                <w:sz w:val="22"/>
              </w:rPr>
              <w:t xml:space="preserve"> </w:t>
            </w:r>
          </w:p>
        </w:tc>
      </w:tr>
    </w:tbl>
    <w:p w14:paraId="5F1A7920" w14:textId="77777777" w:rsidR="00394B86" w:rsidRDefault="00000000">
      <w:pPr>
        <w:spacing w:line="240" w:lineRule="auto"/>
      </w:pPr>
      <w:r>
        <w:t>Please sign and return this page to Reception. / Teken asseblief en handig hierdie blad by Ontvangs in.</w:t>
      </w:r>
    </w:p>
    <w:p w14:paraId="600C74BC" w14:textId="77777777" w:rsidR="009767BF" w:rsidRDefault="009767BF"/>
    <w:sectPr w:rsidR="009767BF" w:rsidSect="00DA3776">
      <w:headerReference w:type="even" r:id="rId9"/>
      <w:headerReference w:type="default" r:id="rId10"/>
      <w:footerReference w:type="even" r:id="rId11"/>
      <w:footerReference w:type="default" r:id="rId12"/>
      <w:headerReference w:type="first" r:id="rId13"/>
      <w:footerReference w:type="first" r:id="rId14"/>
      <w:pgSz w:w="11906" w:h="16838"/>
      <w:pgMar w:top="907" w:right="907" w:bottom="568" w:left="907" w:header="397" w:footer="39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E6A9" w14:textId="77777777" w:rsidR="008020B7" w:rsidRDefault="008020B7">
      <w:pPr>
        <w:spacing w:after="0" w:line="240" w:lineRule="auto"/>
      </w:pPr>
      <w:r>
        <w:separator/>
      </w:r>
    </w:p>
  </w:endnote>
  <w:endnote w:type="continuationSeparator" w:id="0">
    <w:p w14:paraId="366076CD" w14:textId="77777777" w:rsidR="008020B7" w:rsidRDefault="0080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6D09" w14:textId="77777777" w:rsidR="00DA3776" w:rsidRDefault="00DA3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775526"/>
      <w:docPartObj>
        <w:docPartGallery w:val="Page Numbers (Bottom of Page)"/>
        <w:docPartUnique/>
      </w:docPartObj>
    </w:sdtPr>
    <w:sdtEndPr>
      <w:rPr>
        <w:noProof/>
      </w:rPr>
    </w:sdtEndPr>
    <w:sdtContent>
      <w:p w14:paraId="2C86D0DD" w14:textId="77777777" w:rsidR="00DA3776" w:rsidRDefault="00DA3776">
        <w:pPr>
          <w:pStyle w:val="Footer"/>
          <w:jc w:val="right"/>
        </w:pPr>
      </w:p>
      <w:p w14:paraId="760DECDE" w14:textId="77950FA9" w:rsidR="00DA3776" w:rsidRDefault="00DA37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E6F45C" w14:textId="602B3E9D" w:rsidR="00394B86" w:rsidRDefault="00394B8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6371" w14:textId="77777777" w:rsidR="00DA3776" w:rsidRDefault="00DA3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2B21D" w14:textId="77777777" w:rsidR="008020B7" w:rsidRDefault="008020B7">
      <w:pPr>
        <w:spacing w:after="0" w:line="240" w:lineRule="auto"/>
      </w:pPr>
      <w:r>
        <w:separator/>
      </w:r>
    </w:p>
  </w:footnote>
  <w:footnote w:type="continuationSeparator" w:id="0">
    <w:p w14:paraId="1B08F825" w14:textId="77777777" w:rsidR="008020B7" w:rsidRDefault="00802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7F80" w14:textId="4AC65332" w:rsidR="00DA3776" w:rsidRDefault="00DA3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CC92" w14:textId="35727E8E" w:rsidR="00394B86" w:rsidRDefault="00DA3776">
    <w:pPr>
      <w:pStyle w:val="Header"/>
      <w:jc w:val="center"/>
    </w:pPr>
    <w:r>
      <w:rPr>
        <w:b/>
        <w:color w:val="6E8877"/>
        <w:sz w:val="16"/>
      </w:rPr>
      <w:t>LA PROVENCE  |  BODY CORPORATE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D740" w14:textId="1A1FA33E" w:rsidR="00DA3776" w:rsidRDefault="00DA3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7979726">
    <w:abstractNumId w:val="8"/>
  </w:num>
  <w:num w:numId="2" w16cid:durableId="551500992">
    <w:abstractNumId w:val="6"/>
  </w:num>
  <w:num w:numId="3" w16cid:durableId="777061263">
    <w:abstractNumId w:val="5"/>
  </w:num>
  <w:num w:numId="4" w16cid:durableId="446437601">
    <w:abstractNumId w:val="4"/>
  </w:num>
  <w:num w:numId="5" w16cid:durableId="6687219">
    <w:abstractNumId w:val="7"/>
  </w:num>
  <w:num w:numId="6" w16cid:durableId="1303315850">
    <w:abstractNumId w:val="3"/>
  </w:num>
  <w:num w:numId="7" w16cid:durableId="952638818">
    <w:abstractNumId w:val="2"/>
  </w:num>
  <w:num w:numId="8" w16cid:durableId="1696030598">
    <w:abstractNumId w:val="1"/>
  </w:num>
  <w:num w:numId="9" w16cid:durableId="140020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4B86"/>
    <w:rsid w:val="004A5B7F"/>
    <w:rsid w:val="004B3023"/>
    <w:rsid w:val="008020B7"/>
    <w:rsid w:val="008E2FE4"/>
    <w:rsid w:val="009767BF"/>
    <w:rsid w:val="00AA1D8D"/>
    <w:rsid w:val="00B47730"/>
    <w:rsid w:val="00CB0664"/>
    <w:rsid w:val="00DA3776"/>
    <w:rsid w:val="00DF64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6C4BE0"/>
  <w14:defaultImageDpi w14:val="300"/>
  <w15:docId w15:val="{72685BB4-2B09-42FC-9700-00973E57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222222"/>
      <w:sz w:val="21"/>
    </w:rPr>
  </w:style>
  <w:style w:type="paragraph" w:styleId="Heading1">
    <w:name w:val="heading 1"/>
    <w:basedOn w:val="Normal"/>
    <w:next w:val="Normal"/>
    <w:link w:val="Heading1Char"/>
    <w:uiPriority w:val="9"/>
    <w:qFormat/>
    <w:rsid w:val="00FC693F"/>
    <w:pPr>
      <w:keepNext/>
      <w:keepLines/>
      <w:spacing w:before="100" w:after="80"/>
      <w:outlineLvl w:val="0"/>
    </w:pPr>
    <w:rPr>
      <w:rFonts w:asciiTheme="majorHAnsi" w:eastAsiaTheme="majorEastAsia" w:hAnsiTheme="majorHAnsi" w:cstheme="majorBidi"/>
      <w:b/>
      <w:bCs/>
      <w:color w:val="243746"/>
      <w:sz w:val="34"/>
      <w:szCs w:val="28"/>
    </w:rPr>
  </w:style>
  <w:style w:type="paragraph" w:styleId="Heading2">
    <w:name w:val="heading 2"/>
    <w:basedOn w:val="Normal"/>
    <w:next w:val="Normal"/>
    <w:link w:val="Heading2Char"/>
    <w:uiPriority w:val="9"/>
    <w:unhideWhenUsed/>
    <w:qFormat/>
    <w:rsid w:val="00FC693F"/>
    <w:pPr>
      <w:keepNext/>
      <w:keepLines/>
      <w:spacing w:before="100" w:after="80"/>
      <w:outlineLvl w:val="1"/>
    </w:pPr>
    <w:rPr>
      <w:rFonts w:asciiTheme="majorHAnsi" w:eastAsiaTheme="majorEastAsia" w:hAnsiTheme="majorHAnsi" w:cstheme="majorBidi"/>
      <w:b/>
      <w:bCs/>
      <w:color w:val="6E8877"/>
      <w:sz w:val="25"/>
      <w:szCs w:val="26"/>
    </w:rPr>
  </w:style>
  <w:style w:type="paragraph" w:styleId="Heading3">
    <w:name w:val="heading 3"/>
    <w:basedOn w:val="Normal"/>
    <w:next w:val="Normal"/>
    <w:link w:val="Heading3Char"/>
    <w:uiPriority w:val="9"/>
    <w:unhideWhenUsed/>
    <w:qFormat/>
    <w:rsid w:val="00FC693F"/>
    <w:pPr>
      <w:keepNext/>
      <w:keepLines/>
      <w:spacing w:before="100" w:after="80"/>
      <w:outlineLvl w:val="2"/>
    </w:pPr>
    <w:rPr>
      <w:rFonts w:asciiTheme="majorHAnsi" w:eastAsiaTheme="majorEastAsia" w:hAnsiTheme="majorHAnsi" w:cstheme="majorBidi"/>
      <w:b/>
      <w:bCs/>
      <w:color w:val="B88C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3734</Words>
  <Characters>21289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EBC Mobile</cp:lastModifiedBy>
  <cp:revision>3</cp:revision>
  <dcterms:created xsi:type="dcterms:W3CDTF">2013-12-23T23:15:00Z</dcterms:created>
  <dcterms:modified xsi:type="dcterms:W3CDTF">2026-08-26T07:30:00Z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ad569224-e535-42bb-8fd1-ffabfc5fb020</vt:lpwstr>
  </property>
</Properties>
</file>